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03E78" w14:textId="7718CD1D" w:rsidR="0028362A" w:rsidRDefault="0028362A">
      <w:pPr>
        <w:jc w:val="center"/>
        <w:rPr>
          <w:rFonts w:eastAsiaTheme="majorEastAsia" w:cstheme="majorBidi"/>
          <w:b/>
          <w:bCs/>
          <w:sz w:val="26"/>
          <w:szCs w:val="26"/>
          <w:lang w:val="en-GB"/>
        </w:rPr>
      </w:pPr>
    </w:p>
    <w:p w14:paraId="3EC4A52B" w14:textId="77777777" w:rsidR="005C015B" w:rsidRPr="005C015B" w:rsidRDefault="005C015B" w:rsidP="0036167B">
      <w:pPr>
        <w:pStyle w:val="Pta"/>
        <w:spacing w:before="60"/>
        <w:jc w:val="center"/>
        <w:rPr>
          <w:rFonts w:ascii="Garamond" w:hAnsi="Garamond"/>
          <w:b/>
          <w:sz w:val="16"/>
          <w:szCs w:val="16"/>
          <w:lang w:val="en-GB"/>
        </w:rPr>
      </w:pPr>
    </w:p>
    <w:p w14:paraId="6C6DBAB3" w14:textId="78B7D072" w:rsidR="0036167B" w:rsidRPr="0036167B" w:rsidRDefault="00C31856" w:rsidP="0036167B">
      <w:pPr>
        <w:pStyle w:val="Pta"/>
        <w:spacing w:before="60"/>
        <w:jc w:val="center"/>
        <w:rPr>
          <w:rFonts w:ascii="Arial" w:hAnsi="Arial" w:cs="Arial"/>
          <w:b/>
          <w:color w:val="0033CC"/>
          <w:sz w:val="32"/>
          <w:szCs w:val="32"/>
        </w:rPr>
      </w:pPr>
      <w:r w:rsidRPr="0036167B">
        <w:rPr>
          <w:rFonts w:ascii="Garamond" w:hAnsi="Garamond"/>
          <w:b/>
          <w:sz w:val="32"/>
          <w:szCs w:val="32"/>
          <w:lang w:val="en-GB"/>
        </w:rPr>
        <w:t>REGISTRATION FORM</w:t>
      </w:r>
      <w:r w:rsidR="0036167B" w:rsidRPr="0036167B">
        <w:rPr>
          <w:rFonts w:ascii="Arial" w:hAnsi="Arial" w:cs="Arial"/>
          <w:b/>
          <w:color w:val="0033CC"/>
          <w:sz w:val="32"/>
          <w:szCs w:val="32"/>
        </w:rPr>
        <w:t xml:space="preserve"> </w:t>
      </w:r>
    </w:p>
    <w:p w14:paraId="712BD970" w14:textId="65363A76" w:rsidR="0036167B" w:rsidRPr="005C015B" w:rsidRDefault="0036167B" w:rsidP="0036167B">
      <w:pPr>
        <w:pStyle w:val="Pta"/>
        <w:spacing w:before="60"/>
        <w:jc w:val="center"/>
        <w:rPr>
          <w:rFonts w:ascii="Arial" w:hAnsi="Arial" w:cs="Arial"/>
          <w:b/>
          <w:color w:val="8DB3E2" w:themeColor="text2" w:themeTint="66"/>
          <w:sz w:val="18"/>
          <w:szCs w:val="18"/>
        </w:rPr>
      </w:pPr>
      <w:r w:rsidRPr="005C015B">
        <w:rPr>
          <w:rFonts w:ascii="Arial" w:hAnsi="Arial" w:cs="Arial"/>
          <w:b/>
          <w:color w:val="8DB3E2" w:themeColor="text2" w:themeTint="66"/>
          <w:sz w:val="18"/>
          <w:szCs w:val="18"/>
        </w:rPr>
        <w:t>Data protection:</w:t>
      </w:r>
      <w:r w:rsidRPr="005C015B">
        <w:rPr>
          <w:noProof/>
          <w:color w:val="8DB3E2" w:themeColor="text2" w:themeTint="66"/>
        </w:rPr>
        <w:t xml:space="preserve"> </w:t>
      </w:r>
      <w:r w:rsidRPr="005C015B">
        <w:rPr>
          <w:rFonts w:ascii="Arial" w:hAnsi="Arial" w:cs="Arial"/>
          <w:b/>
          <w:color w:val="8DB3E2" w:themeColor="text2" w:themeTint="66"/>
          <w:sz w:val="18"/>
          <w:szCs w:val="18"/>
        </w:rPr>
        <w:t xml:space="preserve">Your data will be used for necessary internal administrative procedures </w:t>
      </w:r>
      <w:r w:rsidRPr="005C015B">
        <w:rPr>
          <w:rFonts w:ascii="Arial" w:hAnsi="Arial" w:cs="Arial"/>
          <w:b/>
          <w:color w:val="8DB3E2" w:themeColor="text2" w:themeTint="66"/>
          <w:sz w:val="18"/>
          <w:szCs w:val="18"/>
          <w:u w:val="single"/>
        </w:rPr>
        <w:t>only</w:t>
      </w:r>
      <w:r w:rsidRPr="005C015B">
        <w:rPr>
          <w:rFonts w:ascii="Arial" w:hAnsi="Arial" w:cs="Arial"/>
          <w:b/>
          <w:color w:val="8DB3E2" w:themeColor="text2" w:themeTint="66"/>
          <w:sz w:val="18"/>
          <w:szCs w:val="18"/>
        </w:rPr>
        <w:t>.</w:t>
      </w:r>
    </w:p>
    <w:p w14:paraId="3A418610" w14:textId="77777777" w:rsidR="0036167B" w:rsidRPr="005C015B" w:rsidRDefault="0036167B" w:rsidP="0036167B">
      <w:pPr>
        <w:pStyle w:val="Hlavika"/>
        <w:tabs>
          <w:tab w:val="left" w:pos="3735"/>
        </w:tabs>
        <w:jc w:val="center"/>
        <w:rPr>
          <w:rFonts w:ascii="Arial" w:hAnsi="Arial" w:cs="Arial"/>
          <w:b/>
          <w:color w:val="8DB3E2" w:themeColor="text2" w:themeTint="66"/>
          <w:sz w:val="18"/>
          <w:szCs w:val="18"/>
        </w:rPr>
      </w:pPr>
      <w:r w:rsidRPr="005C015B">
        <w:rPr>
          <w:rFonts w:ascii="Arial" w:hAnsi="Arial" w:cs="Arial"/>
          <w:b/>
          <w:color w:val="8DB3E2" w:themeColor="text2" w:themeTint="66"/>
          <w:sz w:val="18"/>
          <w:szCs w:val="18"/>
        </w:rPr>
        <w:t>They will not be published in any case!</w:t>
      </w:r>
    </w:p>
    <w:tbl>
      <w:tblPr>
        <w:tblStyle w:val="Mriekatabuky"/>
        <w:tblW w:w="9498" w:type="dxa"/>
        <w:tblInd w:w="-147" w:type="dxa"/>
        <w:tblLook w:val="04A0" w:firstRow="1" w:lastRow="0" w:firstColumn="1" w:lastColumn="0" w:noHBand="0" w:noVBand="1"/>
      </w:tblPr>
      <w:tblGrid>
        <w:gridCol w:w="4962"/>
        <w:gridCol w:w="4536"/>
      </w:tblGrid>
      <w:tr w:rsidR="00CD4385" w14:paraId="1B8BE27A" w14:textId="77777777" w:rsidTr="005C015B">
        <w:trPr>
          <w:trHeight w:val="245"/>
        </w:trPr>
        <w:tc>
          <w:tcPr>
            <w:tcW w:w="4962" w:type="dxa"/>
            <w:vMerge w:val="restart"/>
          </w:tcPr>
          <w:p w14:paraId="04B0C129" w14:textId="77777777" w:rsidR="00CD4385" w:rsidRPr="00996139" w:rsidRDefault="00CD4385" w:rsidP="002542D5">
            <w:pPr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 w:rsidRPr="00996139"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  <w:t>Remarks:</w:t>
            </w:r>
          </w:p>
          <w:p w14:paraId="0BEF04E2" w14:textId="688CCBC5" w:rsidR="00CD4385" w:rsidRPr="005C015B" w:rsidRDefault="00CD4385" w:rsidP="005C015B">
            <w:pPr>
              <w:pStyle w:val="Odsekzoznamu"/>
              <w:numPr>
                <w:ilvl w:val="0"/>
                <w:numId w:val="23"/>
              </w:numPr>
              <w:ind w:left="314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C015B">
              <w:rPr>
                <w:rFonts w:ascii="Arial" w:hAnsi="Arial" w:cs="Arial"/>
                <w:sz w:val="18"/>
                <w:szCs w:val="18"/>
                <w:lang w:val="en-GB"/>
              </w:rPr>
              <w:t xml:space="preserve">Fill in </w:t>
            </w:r>
            <w:r w:rsidRPr="005C015B">
              <w:rPr>
                <w:rFonts w:ascii="Arial" w:hAnsi="Arial" w:cs="Arial"/>
                <w:sz w:val="18"/>
                <w:szCs w:val="18"/>
                <w:lang w:val="en-GB" w:eastAsia="sk-SK"/>
              </w:rPr>
              <w:t>1 form for 1 participant</w:t>
            </w:r>
            <w:r w:rsidRPr="005C015B">
              <w:rPr>
                <w:rFonts w:ascii="Arial" w:hAnsi="Arial" w:cs="Arial"/>
                <w:sz w:val="18"/>
                <w:szCs w:val="18"/>
                <w:lang w:val="en-GB"/>
              </w:rPr>
              <w:t>.</w:t>
            </w:r>
          </w:p>
          <w:p w14:paraId="6B9B1469" w14:textId="1C13C68E" w:rsidR="00CD4385" w:rsidRPr="005C015B" w:rsidRDefault="00CD4385" w:rsidP="005C015B">
            <w:pPr>
              <w:pStyle w:val="Odsekzoznamu"/>
              <w:numPr>
                <w:ilvl w:val="0"/>
                <w:numId w:val="23"/>
              </w:numPr>
              <w:ind w:left="314"/>
              <w:rPr>
                <w:rFonts w:ascii="Arial" w:hAnsi="Arial" w:cs="Arial"/>
                <w:sz w:val="18"/>
                <w:szCs w:val="18"/>
                <w:lang w:val="en-GB" w:eastAsia="ja-JP"/>
              </w:rPr>
            </w:pPr>
            <w:r w:rsidRPr="005C015B">
              <w:rPr>
                <w:rFonts w:ascii="Arial" w:hAnsi="Arial" w:cs="Arial"/>
                <w:sz w:val="18"/>
                <w:szCs w:val="18"/>
                <w:lang w:val="en-GB" w:eastAsia="ja-JP"/>
              </w:rPr>
              <w:t xml:space="preserve">Please </w:t>
            </w:r>
            <w:r w:rsidRPr="005C015B">
              <w:rPr>
                <w:rFonts w:ascii="Arial" w:hAnsi="Arial" w:cs="Arial"/>
                <w:b/>
                <w:sz w:val="18"/>
                <w:szCs w:val="18"/>
                <w:lang w:val="en-GB" w:eastAsia="ja-JP"/>
              </w:rPr>
              <w:t>fill in</w:t>
            </w:r>
            <w:r w:rsidRPr="005C015B">
              <w:rPr>
                <w:rFonts w:ascii="Arial" w:hAnsi="Arial" w:cs="Arial"/>
                <w:sz w:val="18"/>
                <w:szCs w:val="18"/>
                <w:lang w:val="en-GB" w:eastAsia="ja-JP"/>
              </w:rPr>
              <w:t xml:space="preserve"> the yellow fields </w:t>
            </w:r>
            <w:r w:rsidRPr="005C015B">
              <w:rPr>
                <w:rFonts w:ascii="Arial" w:hAnsi="Arial" w:cs="Arial"/>
                <w:sz w:val="20"/>
                <w:szCs w:val="20"/>
                <w:lang w:val="en-GB"/>
              </w:rPr>
              <w:t xml:space="preserve">only or mark with an </w:t>
            </w:r>
            <w:r w:rsidRPr="005C015B">
              <w:rPr>
                <w:rFonts w:ascii="Arial" w:hAnsi="Arial" w:cs="Arial"/>
                <w:b/>
                <w:sz w:val="20"/>
                <w:szCs w:val="20"/>
                <w:lang w:val="en-GB"/>
              </w:rPr>
              <w:t>X</w:t>
            </w:r>
          </w:p>
          <w:p w14:paraId="376AF6D5" w14:textId="508740C8" w:rsidR="00CD4385" w:rsidRPr="005C015B" w:rsidRDefault="00CD4385" w:rsidP="005C015B">
            <w:pPr>
              <w:pStyle w:val="Odsekzoznamu"/>
              <w:numPr>
                <w:ilvl w:val="0"/>
                <w:numId w:val="23"/>
              </w:numPr>
              <w:ind w:left="314"/>
              <w:rPr>
                <w:rFonts w:ascii="Garamond" w:hAnsi="Garamond" w:cs="Arial"/>
                <w:sz w:val="18"/>
                <w:szCs w:val="18"/>
                <w:u w:val="single"/>
                <w:lang w:val="sk-SK" w:eastAsia="sk-SK"/>
              </w:rPr>
            </w:pPr>
            <w:r w:rsidRPr="005C015B">
              <w:rPr>
                <w:rFonts w:ascii="Arial" w:hAnsi="Arial" w:cs="Arial"/>
                <w:sz w:val="18"/>
                <w:szCs w:val="18"/>
                <w:lang w:val="en-GB"/>
              </w:rPr>
              <w:t xml:space="preserve">Send this form to: </w:t>
            </w:r>
            <w:hyperlink r:id="rId8" w:history="1">
              <w:r w:rsidRPr="005C015B">
                <w:rPr>
                  <w:rStyle w:val="Hypertextovprepojenie"/>
                  <w:rFonts w:ascii="Arial" w:hAnsi="Arial" w:cs="Arial"/>
                  <w:sz w:val="18"/>
                  <w:szCs w:val="18"/>
                  <w:lang w:val="en-GB"/>
                </w:rPr>
                <w:t>i</w:t>
              </w:r>
              <w:r w:rsidRPr="005C015B">
                <w:rPr>
                  <w:rStyle w:val="Hypertextovprepojenie"/>
                  <w:rFonts w:ascii="Arial" w:hAnsi="Arial"/>
                  <w:sz w:val="18"/>
                  <w:szCs w:val="18"/>
                </w:rPr>
                <w:t>nternational</w:t>
              </w:r>
              <w:r w:rsidRPr="005C015B">
                <w:rPr>
                  <w:rStyle w:val="Hypertextovprepojenie"/>
                  <w:rFonts w:ascii="Arial" w:hAnsi="Arial" w:cs="Arial"/>
                  <w:sz w:val="18"/>
                  <w:szCs w:val="18"/>
                  <w:lang w:val="en-GB"/>
                </w:rPr>
                <w:t>@aos.sk</w:t>
              </w:r>
            </w:hyperlink>
          </w:p>
          <w:p w14:paraId="2E2699A0" w14:textId="77777777" w:rsidR="00CD4385" w:rsidRDefault="00CD4385" w:rsidP="002542D5">
            <w:pPr>
              <w:rPr>
                <w:rFonts w:ascii="Arial" w:hAnsi="Arial" w:cs="Arial"/>
                <w:sz w:val="18"/>
                <w:szCs w:val="18"/>
                <w:lang w:val="en-GB" w:eastAsia="ja-JP"/>
              </w:rPr>
            </w:pPr>
          </w:p>
          <w:p w14:paraId="1D8C186E" w14:textId="1DDC794F" w:rsidR="00CD4385" w:rsidRPr="001F4C9B" w:rsidRDefault="00CD4385" w:rsidP="002542D5">
            <w:pPr>
              <w:rPr>
                <w:rFonts w:ascii="Garamond" w:hAnsi="Garamond" w:cs="Arial"/>
                <w:sz w:val="18"/>
                <w:szCs w:val="18"/>
                <w:u w:val="single"/>
                <w:lang w:val="sk-SK" w:eastAsia="sk-SK"/>
              </w:rPr>
            </w:pPr>
            <w:r w:rsidRPr="001F4C9B">
              <w:rPr>
                <w:rFonts w:ascii="Arial" w:hAnsi="Arial" w:cs="Arial"/>
                <w:sz w:val="18"/>
                <w:szCs w:val="18"/>
                <w:lang w:val="en-GB" w:eastAsia="ja-JP"/>
              </w:rPr>
              <w:t xml:space="preserve">See also: </w:t>
            </w:r>
            <w:hyperlink r:id="rId9" w:history="1">
              <w:r w:rsidRPr="00922B47">
                <w:rPr>
                  <w:rStyle w:val="Hypertextovprepojenie"/>
                  <w:rFonts w:ascii="Arial" w:hAnsi="Arial" w:cs="Arial"/>
                  <w:sz w:val="18"/>
                  <w:szCs w:val="18"/>
                </w:rPr>
                <w:t>https://weblm.aos.sk/en/article/erasmus-bip-military-combat-support-course</w:t>
              </w:r>
            </w:hyperlink>
            <w:r>
              <w:t xml:space="preserve"> </w:t>
            </w:r>
            <w:r w:rsidRPr="001F4C9B">
              <w:rPr>
                <w:rFonts w:ascii="Arial" w:hAnsi="Arial" w:cs="Arial"/>
                <w:sz w:val="18"/>
                <w:szCs w:val="18"/>
                <w:lang w:val="en-GB" w:eastAsia="ja-JP"/>
              </w:rPr>
              <w:t xml:space="preserve"> </w:t>
            </w:r>
          </w:p>
        </w:tc>
        <w:tc>
          <w:tcPr>
            <w:tcW w:w="4536" w:type="dxa"/>
          </w:tcPr>
          <w:p w14:paraId="10800D53" w14:textId="0D1A9D6D" w:rsidR="00CD4385" w:rsidRPr="001F4C9B" w:rsidRDefault="00CD4385" w:rsidP="002542D5">
            <w:pPr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I want to participate in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the:</w:t>
            </w:r>
          </w:p>
        </w:tc>
      </w:tr>
      <w:tr w:rsidR="00CD4385" w14:paraId="0EFCFFA4" w14:textId="77777777" w:rsidTr="005C015B">
        <w:tc>
          <w:tcPr>
            <w:tcW w:w="4962" w:type="dxa"/>
            <w:vMerge/>
            <w:tcBorders>
              <w:bottom w:val="single" w:sz="4" w:space="0" w:color="auto"/>
            </w:tcBorders>
          </w:tcPr>
          <w:p w14:paraId="4A9A770E" w14:textId="77777777" w:rsidR="00CD4385" w:rsidRPr="00996139" w:rsidRDefault="00CD4385" w:rsidP="002542D5">
            <w:pPr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FFFF99"/>
          </w:tcPr>
          <w:p w14:paraId="4302C90B" w14:textId="77777777" w:rsidR="00CD4385" w:rsidRPr="00CD4385" w:rsidRDefault="00CD4385" w:rsidP="00CD438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en-GB" w:eastAsia="sk-SK"/>
              </w:rPr>
            </w:pPr>
            <w:r w:rsidRPr="00CD4385">
              <w:rPr>
                <w:rFonts w:ascii="Arial" w:hAnsi="Arial" w:cs="Arial"/>
                <w:b/>
                <w:bCs/>
                <w:sz w:val="28"/>
                <w:szCs w:val="28"/>
                <w:lang w:val="en-GB" w:eastAsia="sk-SK"/>
              </w:rPr>
              <w:t>BIP</w:t>
            </w:r>
          </w:p>
          <w:p w14:paraId="3ED24B94" w14:textId="77777777" w:rsidR="00CD4385" w:rsidRPr="00CD4385" w:rsidRDefault="00CD4385" w:rsidP="00CD438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en-GB" w:eastAsia="sk-SK"/>
              </w:rPr>
            </w:pPr>
            <w:r w:rsidRPr="00CD4385">
              <w:rPr>
                <w:rFonts w:ascii="Arial" w:hAnsi="Arial" w:cs="Arial"/>
                <w:b/>
                <w:bCs/>
                <w:sz w:val="28"/>
                <w:szCs w:val="28"/>
                <w:lang w:val="en-GB" w:eastAsia="sk-SK"/>
              </w:rPr>
              <w:t>MILITARY CLOSE COMBAT COURSE</w:t>
            </w:r>
          </w:p>
          <w:p w14:paraId="22D636B2" w14:textId="02C6EF49" w:rsidR="00CD4385" w:rsidRDefault="00CD4385" w:rsidP="005C015B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C015B">
              <w:rPr>
                <w:rFonts w:ascii="Garamond" w:hAnsi="Garamond" w:cs="Arial"/>
                <w:b/>
                <w:bCs/>
                <w:color w:val="EE0000"/>
                <w:sz w:val="28"/>
                <w:szCs w:val="28"/>
                <w:lang w:val="en-GB" w:eastAsia="sk-SK"/>
              </w:rPr>
              <w:t>18</w:t>
            </w:r>
            <w:r w:rsidRPr="005C015B">
              <w:rPr>
                <w:rFonts w:ascii="Garamond" w:hAnsi="Garamond" w:cs="Arial"/>
                <w:b/>
                <w:bCs/>
                <w:color w:val="EE0000"/>
                <w:sz w:val="28"/>
                <w:szCs w:val="28"/>
                <w:vertAlign w:val="superscript"/>
                <w:lang w:val="en-GB" w:eastAsia="sk-SK"/>
              </w:rPr>
              <w:t>th</w:t>
            </w:r>
            <w:r w:rsidRPr="005C015B">
              <w:rPr>
                <w:rFonts w:ascii="Garamond" w:hAnsi="Garamond" w:cs="Arial"/>
                <w:b/>
                <w:bCs/>
                <w:color w:val="EE0000"/>
                <w:sz w:val="28"/>
                <w:szCs w:val="28"/>
                <w:lang w:val="en-GB" w:eastAsia="sk-SK"/>
              </w:rPr>
              <w:t xml:space="preserve"> – 22</w:t>
            </w:r>
            <w:r w:rsidRPr="005C015B">
              <w:rPr>
                <w:rFonts w:ascii="Garamond" w:hAnsi="Garamond" w:cs="Arial"/>
                <w:b/>
                <w:bCs/>
                <w:color w:val="EE0000"/>
                <w:sz w:val="28"/>
                <w:szCs w:val="28"/>
                <w:vertAlign w:val="superscript"/>
                <w:lang w:val="en-GB" w:eastAsia="sk-SK"/>
              </w:rPr>
              <w:t>nd</w:t>
            </w:r>
            <w:r w:rsidRPr="005C015B">
              <w:rPr>
                <w:rFonts w:ascii="Garamond" w:hAnsi="Garamond" w:cs="Arial"/>
                <w:b/>
                <w:bCs/>
                <w:color w:val="EE0000"/>
                <w:sz w:val="28"/>
                <w:szCs w:val="28"/>
                <w:lang w:val="en-GB" w:eastAsia="sk-SK"/>
              </w:rPr>
              <w:t xml:space="preserve"> January 2027</w:t>
            </w:r>
            <w:r w:rsidR="005C015B" w:rsidRPr="005C015B">
              <w:rPr>
                <w:rFonts w:ascii="Garamond" w:hAnsi="Garamond" w:cs="Arial"/>
                <w:b/>
                <w:bCs/>
                <w:color w:val="EE0000"/>
                <w:sz w:val="28"/>
                <w:szCs w:val="28"/>
                <w:lang w:val="en-GB" w:eastAsia="sk-SK"/>
              </w:rPr>
              <w:t>*</w:t>
            </w:r>
          </w:p>
        </w:tc>
      </w:tr>
    </w:tbl>
    <w:p w14:paraId="5A794765" w14:textId="7EC0EEB2" w:rsidR="00C31856" w:rsidRDefault="00C31856" w:rsidP="0036167B">
      <w:pPr>
        <w:tabs>
          <w:tab w:val="left" w:pos="5670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en-GB" w:eastAsia="sk-SK"/>
        </w:rPr>
      </w:pPr>
    </w:p>
    <w:tbl>
      <w:tblPr>
        <w:tblStyle w:val="Mriekatabuky"/>
        <w:tblW w:w="9498" w:type="dxa"/>
        <w:tblInd w:w="-147" w:type="dxa"/>
        <w:tblLook w:val="04A0" w:firstRow="1" w:lastRow="0" w:firstColumn="1" w:lastColumn="0" w:noHBand="0" w:noVBand="1"/>
      </w:tblPr>
      <w:tblGrid>
        <w:gridCol w:w="1560"/>
        <w:gridCol w:w="1520"/>
        <w:gridCol w:w="2988"/>
        <w:gridCol w:w="3430"/>
      </w:tblGrid>
      <w:tr w:rsidR="0036167B" w14:paraId="5B3EF67C" w14:textId="77777777" w:rsidTr="002542D5">
        <w:trPr>
          <w:trHeight w:val="438"/>
        </w:trPr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49977A2F" w14:textId="77777777" w:rsidR="0036167B" w:rsidRPr="00635655" w:rsidRDefault="0036167B" w:rsidP="006356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en-GB"/>
              </w:rPr>
            </w:pPr>
            <w:r w:rsidRPr="006356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Gender</w:t>
            </w:r>
          </w:p>
        </w:tc>
        <w:tc>
          <w:tcPr>
            <w:tcW w:w="1520" w:type="dxa"/>
            <w:tcBorders>
              <w:top w:val="single" w:sz="4" w:space="0" w:color="auto"/>
            </w:tcBorders>
            <w:vAlign w:val="center"/>
          </w:tcPr>
          <w:p w14:paraId="533739FC" w14:textId="77777777" w:rsidR="0036167B" w:rsidRPr="00635655" w:rsidRDefault="0036167B" w:rsidP="006356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en-GB"/>
              </w:rPr>
            </w:pPr>
            <w:r w:rsidRPr="006356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Rank</w:t>
            </w:r>
          </w:p>
        </w:tc>
        <w:tc>
          <w:tcPr>
            <w:tcW w:w="2988" w:type="dxa"/>
            <w:tcBorders>
              <w:top w:val="single" w:sz="4" w:space="0" w:color="auto"/>
            </w:tcBorders>
            <w:vAlign w:val="center"/>
          </w:tcPr>
          <w:p w14:paraId="08B85B62" w14:textId="77777777" w:rsidR="0036167B" w:rsidRPr="00635655" w:rsidRDefault="0036167B" w:rsidP="006356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6356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Family name / Surname</w:t>
            </w:r>
          </w:p>
        </w:tc>
        <w:tc>
          <w:tcPr>
            <w:tcW w:w="3430" w:type="dxa"/>
            <w:tcBorders>
              <w:top w:val="single" w:sz="4" w:space="0" w:color="auto"/>
            </w:tcBorders>
            <w:vAlign w:val="center"/>
          </w:tcPr>
          <w:p w14:paraId="2396621F" w14:textId="77777777" w:rsidR="0036167B" w:rsidRPr="00635655" w:rsidRDefault="0036167B" w:rsidP="006356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6356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First name / Given name</w:t>
            </w:r>
          </w:p>
        </w:tc>
      </w:tr>
      <w:tr w:rsidR="0036167B" w14:paraId="2E548B4D" w14:textId="77777777" w:rsidTr="000A1ADA">
        <w:trPr>
          <w:trHeight w:val="343"/>
        </w:trPr>
        <w:tc>
          <w:tcPr>
            <w:tcW w:w="1560" w:type="dxa"/>
            <w:shd w:val="clear" w:color="auto" w:fill="FFFF99"/>
          </w:tcPr>
          <w:p w14:paraId="1982C7DE" w14:textId="77777777" w:rsidR="0036167B" w:rsidRPr="00996139" w:rsidRDefault="0036167B" w:rsidP="002542D5">
            <w:pPr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</w:p>
        </w:tc>
        <w:tc>
          <w:tcPr>
            <w:tcW w:w="1520" w:type="dxa"/>
            <w:shd w:val="clear" w:color="auto" w:fill="FFFF99"/>
          </w:tcPr>
          <w:p w14:paraId="493A5ACD" w14:textId="77777777" w:rsidR="0036167B" w:rsidRPr="00996139" w:rsidRDefault="0036167B" w:rsidP="002542D5">
            <w:pPr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</w:p>
        </w:tc>
        <w:tc>
          <w:tcPr>
            <w:tcW w:w="2988" w:type="dxa"/>
            <w:shd w:val="clear" w:color="auto" w:fill="FFFF99"/>
          </w:tcPr>
          <w:p w14:paraId="5EBA4B6E" w14:textId="77777777" w:rsidR="0036167B" w:rsidRDefault="0036167B" w:rsidP="002542D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430" w:type="dxa"/>
            <w:shd w:val="clear" w:color="auto" w:fill="FFFF99"/>
          </w:tcPr>
          <w:p w14:paraId="2BEC9673" w14:textId="77777777" w:rsidR="0036167B" w:rsidRDefault="0036167B" w:rsidP="002542D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</w:tbl>
    <w:p w14:paraId="3E945215" w14:textId="77777777" w:rsidR="0036167B" w:rsidRDefault="0036167B" w:rsidP="00456341">
      <w:pPr>
        <w:tabs>
          <w:tab w:val="left" w:pos="5670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en-GB" w:eastAsia="sk-SK"/>
        </w:rPr>
      </w:pPr>
    </w:p>
    <w:tbl>
      <w:tblPr>
        <w:tblStyle w:val="Mriekatabuky"/>
        <w:tblW w:w="9498" w:type="dxa"/>
        <w:tblInd w:w="-147" w:type="dxa"/>
        <w:tblLook w:val="04A0" w:firstRow="1" w:lastRow="0" w:firstColumn="1" w:lastColumn="0" w:noHBand="0" w:noVBand="1"/>
      </w:tblPr>
      <w:tblGrid>
        <w:gridCol w:w="2127"/>
        <w:gridCol w:w="1984"/>
        <w:gridCol w:w="2835"/>
        <w:gridCol w:w="2552"/>
      </w:tblGrid>
      <w:tr w:rsidR="0036167B" w14:paraId="1337C41D" w14:textId="77777777" w:rsidTr="008B245C">
        <w:trPr>
          <w:trHeight w:val="438"/>
        </w:trPr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2F8FAB2D" w14:textId="1C88E4FF" w:rsidR="0036167B" w:rsidRPr="00635655" w:rsidRDefault="0036167B" w:rsidP="006356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en-GB"/>
              </w:rPr>
            </w:pPr>
            <w:r w:rsidRPr="006356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Date of birth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35A69B50" w14:textId="1F2F4F4E" w:rsidR="0036167B" w:rsidRPr="00635655" w:rsidRDefault="0036167B" w:rsidP="006356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en-GB"/>
              </w:rPr>
            </w:pPr>
            <w:r w:rsidRPr="006356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Nationality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53A12E38" w14:textId="02EB15FF" w:rsidR="0036167B" w:rsidRPr="00635655" w:rsidRDefault="0036167B" w:rsidP="006356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6356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Passport (ID) number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6976F23C" w14:textId="5D8EF624" w:rsidR="0036167B" w:rsidRPr="00635655" w:rsidRDefault="0036167B" w:rsidP="006356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6356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Passport validity until</w:t>
            </w:r>
          </w:p>
        </w:tc>
      </w:tr>
      <w:tr w:rsidR="0036167B" w14:paraId="6F296CC3" w14:textId="77777777" w:rsidTr="000A1ADA">
        <w:trPr>
          <w:trHeight w:val="343"/>
        </w:trPr>
        <w:tc>
          <w:tcPr>
            <w:tcW w:w="2127" w:type="dxa"/>
            <w:shd w:val="clear" w:color="auto" w:fill="FFFF99"/>
          </w:tcPr>
          <w:p w14:paraId="5D6B379E" w14:textId="77777777" w:rsidR="0036167B" w:rsidRPr="00996139" w:rsidRDefault="0036167B" w:rsidP="002542D5">
            <w:pPr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</w:p>
        </w:tc>
        <w:tc>
          <w:tcPr>
            <w:tcW w:w="1984" w:type="dxa"/>
            <w:shd w:val="clear" w:color="auto" w:fill="FFFF99"/>
          </w:tcPr>
          <w:p w14:paraId="7541933E" w14:textId="77777777" w:rsidR="0036167B" w:rsidRPr="00996139" w:rsidRDefault="0036167B" w:rsidP="002542D5">
            <w:pPr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</w:p>
        </w:tc>
        <w:tc>
          <w:tcPr>
            <w:tcW w:w="2835" w:type="dxa"/>
            <w:shd w:val="clear" w:color="auto" w:fill="FFFF99"/>
          </w:tcPr>
          <w:p w14:paraId="6FBAB279" w14:textId="77777777" w:rsidR="0036167B" w:rsidRDefault="0036167B" w:rsidP="002542D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552" w:type="dxa"/>
            <w:shd w:val="clear" w:color="auto" w:fill="FFFF99"/>
          </w:tcPr>
          <w:p w14:paraId="685DBD06" w14:textId="77777777" w:rsidR="0036167B" w:rsidRDefault="0036167B" w:rsidP="002542D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</w:tbl>
    <w:p w14:paraId="76528A58" w14:textId="77777777" w:rsidR="0036167B" w:rsidRDefault="0036167B" w:rsidP="00456341">
      <w:pPr>
        <w:tabs>
          <w:tab w:val="left" w:pos="5670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en-GB" w:eastAsia="sk-SK"/>
        </w:rPr>
      </w:pPr>
    </w:p>
    <w:tbl>
      <w:tblPr>
        <w:tblStyle w:val="Mriekatabuky"/>
        <w:tblW w:w="9498" w:type="dxa"/>
        <w:tblInd w:w="-147" w:type="dxa"/>
        <w:tblLook w:val="04A0" w:firstRow="1" w:lastRow="0" w:firstColumn="1" w:lastColumn="0" w:noHBand="0" w:noVBand="1"/>
      </w:tblPr>
      <w:tblGrid>
        <w:gridCol w:w="2127"/>
        <w:gridCol w:w="4394"/>
        <w:gridCol w:w="1418"/>
        <w:gridCol w:w="1559"/>
      </w:tblGrid>
      <w:tr w:rsidR="008B245C" w14:paraId="5CE6A16A" w14:textId="77777777" w:rsidTr="00456341">
        <w:trPr>
          <w:trHeight w:val="438"/>
        </w:trPr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0CA348C5" w14:textId="77777777" w:rsidR="00635655" w:rsidRPr="00635655" w:rsidRDefault="008B245C" w:rsidP="0063565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356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Branch of Service </w:t>
            </w:r>
          </w:p>
          <w:p w14:paraId="3A1E3328" w14:textId="0FB778D5" w:rsidR="008B245C" w:rsidRPr="00996139" w:rsidRDefault="008B245C" w:rsidP="00635655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(if available)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vAlign w:val="center"/>
          </w:tcPr>
          <w:p w14:paraId="339D4DFD" w14:textId="155A877C" w:rsidR="008B245C" w:rsidRPr="00635655" w:rsidRDefault="008B245C" w:rsidP="006356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en-GB"/>
              </w:rPr>
            </w:pPr>
            <w:r w:rsidRPr="006356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Sending institution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</w:tcBorders>
            <w:vAlign w:val="center"/>
          </w:tcPr>
          <w:p w14:paraId="1EDE9AD5" w14:textId="72EDEE00" w:rsidR="008B245C" w:rsidRPr="00635655" w:rsidRDefault="008B245C" w:rsidP="0045634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6356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 want to participate as</w:t>
            </w:r>
          </w:p>
        </w:tc>
      </w:tr>
      <w:tr w:rsidR="00456341" w14:paraId="4152A613" w14:textId="77777777" w:rsidTr="000A1ADA">
        <w:trPr>
          <w:trHeight w:val="343"/>
        </w:trPr>
        <w:tc>
          <w:tcPr>
            <w:tcW w:w="2127" w:type="dxa"/>
            <w:vMerge w:val="restart"/>
            <w:shd w:val="clear" w:color="auto" w:fill="FFFF99"/>
          </w:tcPr>
          <w:p w14:paraId="16CB36A7" w14:textId="77777777" w:rsidR="00456341" w:rsidRPr="00996139" w:rsidRDefault="00456341" w:rsidP="002542D5">
            <w:pPr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</w:p>
        </w:tc>
        <w:tc>
          <w:tcPr>
            <w:tcW w:w="4394" w:type="dxa"/>
            <w:vMerge w:val="restart"/>
            <w:shd w:val="clear" w:color="auto" w:fill="FFFF99"/>
          </w:tcPr>
          <w:p w14:paraId="0CFC61AA" w14:textId="77777777" w:rsidR="00456341" w:rsidRPr="00996139" w:rsidRDefault="00456341" w:rsidP="002542D5">
            <w:pPr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</w:p>
        </w:tc>
        <w:tc>
          <w:tcPr>
            <w:tcW w:w="1418" w:type="dxa"/>
          </w:tcPr>
          <w:p w14:paraId="493B64B0" w14:textId="7A7BA9B0" w:rsidR="00456341" w:rsidRPr="00635655" w:rsidRDefault="00456341" w:rsidP="0045634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635655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Cadet</w:t>
            </w:r>
          </w:p>
        </w:tc>
        <w:tc>
          <w:tcPr>
            <w:tcW w:w="1559" w:type="dxa"/>
          </w:tcPr>
          <w:p w14:paraId="06929B0B" w14:textId="6313C2C3" w:rsidR="00456341" w:rsidRPr="00635655" w:rsidRDefault="00456341" w:rsidP="0045634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635655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Observer</w:t>
            </w:r>
          </w:p>
        </w:tc>
      </w:tr>
      <w:tr w:rsidR="00456341" w14:paraId="34FBE09F" w14:textId="77777777" w:rsidTr="000A1ADA">
        <w:trPr>
          <w:trHeight w:val="343"/>
        </w:trPr>
        <w:tc>
          <w:tcPr>
            <w:tcW w:w="2127" w:type="dxa"/>
            <w:vMerge/>
            <w:shd w:val="clear" w:color="auto" w:fill="FFFF99"/>
          </w:tcPr>
          <w:p w14:paraId="39106C05" w14:textId="77777777" w:rsidR="00456341" w:rsidRPr="00996139" w:rsidRDefault="00456341" w:rsidP="002542D5">
            <w:pPr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</w:p>
        </w:tc>
        <w:tc>
          <w:tcPr>
            <w:tcW w:w="4394" w:type="dxa"/>
            <w:vMerge/>
            <w:shd w:val="clear" w:color="auto" w:fill="FFFF99"/>
          </w:tcPr>
          <w:p w14:paraId="460CC71F" w14:textId="77777777" w:rsidR="00456341" w:rsidRPr="00996139" w:rsidRDefault="00456341" w:rsidP="002542D5">
            <w:pPr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</w:p>
        </w:tc>
        <w:tc>
          <w:tcPr>
            <w:tcW w:w="1418" w:type="dxa"/>
            <w:shd w:val="clear" w:color="auto" w:fill="FFFF99"/>
          </w:tcPr>
          <w:p w14:paraId="733FB8CA" w14:textId="1448ACEC" w:rsidR="00456341" w:rsidRDefault="00456341" w:rsidP="00456341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  <w:tc>
          <w:tcPr>
            <w:tcW w:w="1559" w:type="dxa"/>
            <w:shd w:val="clear" w:color="auto" w:fill="FFFF99"/>
          </w:tcPr>
          <w:p w14:paraId="6EA116FD" w14:textId="0D047FB9" w:rsidR="00456341" w:rsidRDefault="00456341" w:rsidP="00456341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</w:tr>
    </w:tbl>
    <w:p w14:paraId="223C412F" w14:textId="77777777" w:rsidR="0036167B" w:rsidRDefault="0036167B" w:rsidP="000A1ADA">
      <w:pPr>
        <w:tabs>
          <w:tab w:val="left" w:pos="5670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en-GB" w:eastAsia="sk-SK"/>
        </w:rPr>
      </w:pPr>
    </w:p>
    <w:tbl>
      <w:tblPr>
        <w:tblStyle w:val="Mriekatabuky"/>
        <w:tblW w:w="9498" w:type="dxa"/>
        <w:tblInd w:w="-147" w:type="dxa"/>
        <w:tblLook w:val="04A0" w:firstRow="1" w:lastRow="0" w:firstColumn="1" w:lastColumn="0" w:noHBand="0" w:noVBand="1"/>
      </w:tblPr>
      <w:tblGrid>
        <w:gridCol w:w="4678"/>
        <w:gridCol w:w="2410"/>
        <w:gridCol w:w="2410"/>
      </w:tblGrid>
      <w:tr w:rsidR="000A1ADA" w14:paraId="177DD313" w14:textId="77777777" w:rsidTr="000A1ADA">
        <w:trPr>
          <w:trHeight w:val="321"/>
        </w:trPr>
        <w:tc>
          <w:tcPr>
            <w:tcW w:w="4678" w:type="dxa"/>
            <w:tcBorders>
              <w:top w:val="single" w:sz="4" w:space="0" w:color="auto"/>
            </w:tcBorders>
            <w:vAlign w:val="center"/>
          </w:tcPr>
          <w:p w14:paraId="376F0A9B" w14:textId="2D3CE32A" w:rsidR="000A1ADA" w:rsidRPr="00996139" w:rsidRDefault="000A1ADA" w:rsidP="00635655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 w:rsidRPr="006356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Phone number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635655">
              <w:rPr>
                <w:rFonts w:ascii="Arial" w:hAnsi="Arial" w:cs="Arial"/>
                <w:sz w:val="18"/>
                <w:szCs w:val="18"/>
                <w:lang w:val="en-GB"/>
              </w:rPr>
              <w:t>(preferably mobile phone number)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vAlign w:val="center"/>
          </w:tcPr>
          <w:p w14:paraId="48E1BF89" w14:textId="14BE37CF" w:rsidR="000A1ADA" w:rsidRPr="00635655" w:rsidRDefault="000A1ADA" w:rsidP="006356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6356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E-mail</w:t>
            </w:r>
          </w:p>
        </w:tc>
      </w:tr>
      <w:tr w:rsidR="000A1ADA" w14:paraId="4C4E05D5" w14:textId="77777777" w:rsidTr="000A1ADA">
        <w:trPr>
          <w:trHeight w:val="343"/>
        </w:trPr>
        <w:tc>
          <w:tcPr>
            <w:tcW w:w="4678" w:type="dxa"/>
            <w:shd w:val="clear" w:color="auto" w:fill="FFFF99"/>
          </w:tcPr>
          <w:p w14:paraId="0134EC43" w14:textId="77777777" w:rsidR="000A1ADA" w:rsidRPr="00996139" w:rsidRDefault="000A1ADA" w:rsidP="00723181">
            <w:pPr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</w:p>
        </w:tc>
        <w:tc>
          <w:tcPr>
            <w:tcW w:w="4820" w:type="dxa"/>
            <w:gridSpan w:val="2"/>
            <w:shd w:val="clear" w:color="auto" w:fill="FFFF99"/>
          </w:tcPr>
          <w:p w14:paraId="68DEF446" w14:textId="77777777" w:rsidR="000A1ADA" w:rsidRDefault="000A1ADA" w:rsidP="0072318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0A1ADA" w14:paraId="36B44301" w14:textId="77777777" w:rsidTr="006F230D">
        <w:trPr>
          <w:trHeight w:val="343"/>
        </w:trPr>
        <w:tc>
          <w:tcPr>
            <w:tcW w:w="7088" w:type="dxa"/>
            <w:gridSpan w:val="2"/>
          </w:tcPr>
          <w:p w14:paraId="348EE199" w14:textId="77777777" w:rsidR="000A1ADA" w:rsidRPr="00635655" w:rsidRDefault="000A1ADA" w:rsidP="006356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635655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Postal address</w:t>
            </w:r>
          </w:p>
        </w:tc>
        <w:tc>
          <w:tcPr>
            <w:tcW w:w="2410" w:type="dxa"/>
            <w:shd w:val="clear" w:color="auto" w:fill="E5B8B7" w:themeFill="accent2" w:themeFillTint="66"/>
          </w:tcPr>
          <w:p w14:paraId="3B89F622" w14:textId="02918FC2" w:rsidR="000A1ADA" w:rsidRPr="00635655" w:rsidRDefault="000A1ADA" w:rsidP="006356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635655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T-shirt size</w:t>
            </w:r>
          </w:p>
        </w:tc>
      </w:tr>
      <w:tr w:rsidR="000A1ADA" w14:paraId="0BBC567F" w14:textId="77777777" w:rsidTr="000A1ADA">
        <w:trPr>
          <w:trHeight w:val="343"/>
        </w:trPr>
        <w:tc>
          <w:tcPr>
            <w:tcW w:w="7088" w:type="dxa"/>
            <w:gridSpan w:val="2"/>
            <w:shd w:val="clear" w:color="auto" w:fill="FFFF99"/>
          </w:tcPr>
          <w:p w14:paraId="0AE0C0A4" w14:textId="77777777" w:rsidR="000A1ADA" w:rsidRDefault="000A1ADA" w:rsidP="0072318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shd w:val="clear" w:color="auto" w:fill="FFFF99"/>
          </w:tcPr>
          <w:p w14:paraId="4688DE13" w14:textId="6CFEED41" w:rsidR="000A1ADA" w:rsidRDefault="000A1ADA" w:rsidP="0072318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</w:tbl>
    <w:p w14:paraId="6513498B" w14:textId="77777777" w:rsidR="00456341" w:rsidRDefault="00456341" w:rsidP="00635655">
      <w:pPr>
        <w:tabs>
          <w:tab w:val="left" w:pos="5670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en-GB" w:eastAsia="sk-SK"/>
        </w:rPr>
      </w:pPr>
    </w:p>
    <w:tbl>
      <w:tblPr>
        <w:tblStyle w:val="Mriekatabuky"/>
        <w:tblW w:w="9498" w:type="dxa"/>
        <w:tblInd w:w="-147" w:type="dxa"/>
        <w:tblLook w:val="04A0" w:firstRow="1" w:lastRow="0" w:firstColumn="1" w:lastColumn="0" w:noHBand="0" w:noVBand="1"/>
      </w:tblPr>
      <w:tblGrid>
        <w:gridCol w:w="1963"/>
        <w:gridCol w:w="1298"/>
        <w:gridCol w:w="850"/>
        <w:gridCol w:w="851"/>
        <w:gridCol w:w="992"/>
        <w:gridCol w:w="1134"/>
        <w:gridCol w:w="1134"/>
        <w:gridCol w:w="1276"/>
      </w:tblGrid>
      <w:tr w:rsidR="00635655" w14:paraId="307E8D8B" w14:textId="77777777" w:rsidTr="009F178D">
        <w:trPr>
          <w:trHeight w:val="438"/>
        </w:trPr>
        <w:tc>
          <w:tcPr>
            <w:tcW w:w="1963" w:type="dxa"/>
            <w:tcBorders>
              <w:top w:val="single" w:sz="4" w:space="0" w:color="auto"/>
            </w:tcBorders>
            <w:vAlign w:val="center"/>
          </w:tcPr>
          <w:p w14:paraId="0B0207F1" w14:textId="7D7ACF83" w:rsidR="00635655" w:rsidRPr="00996139" w:rsidRDefault="00635655" w:rsidP="00635655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Arrival date to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Liptovský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Mikuláš</w:t>
            </w:r>
          </w:p>
        </w:tc>
        <w:tc>
          <w:tcPr>
            <w:tcW w:w="1298" w:type="dxa"/>
            <w:tcBorders>
              <w:top w:val="single" w:sz="4" w:space="0" w:color="auto"/>
            </w:tcBorders>
          </w:tcPr>
          <w:p w14:paraId="08C2D89D" w14:textId="39C62E4D" w:rsidR="00635655" w:rsidRDefault="00635655" w:rsidP="00635655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Arrival time</w:t>
            </w:r>
          </w:p>
          <w:p w14:paraId="3C060A7E" w14:textId="03D954FA" w:rsidR="00635655" w:rsidRPr="001B181F" w:rsidRDefault="00635655" w:rsidP="00635655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(if possible)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5BB7F3CC" w14:textId="27A02BD4" w:rsidR="00635655" w:rsidRPr="001B181F" w:rsidRDefault="00635655" w:rsidP="00635655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By car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16807FC5" w14:textId="5570AF07" w:rsidR="00635655" w:rsidRPr="001B181F" w:rsidRDefault="00635655" w:rsidP="00635655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By bus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8CA77F3" w14:textId="68A7475B" w:rsidR="00635655" w:rsidRPr="001B181F" w:rsidRDefault="00635655" w:rsidP="00635655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By train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5A3CE7B" w14:textId="6DD5D5A6" w:rsidR="00635655" w:rsidRPr="001B181F" w:rsidRDefault="00635655" w:rsidP="00635655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By plane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</w:tcBorders>
          </w:tcPr>
          <w:p w14:paraId="3DEAD03E" w14:textId="4B14CC98" w:rsidR="00635655" w:rsidRPr="001B181F" w:rsidRDefault="00635655" w:rsidP="00635655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Need pickup from airport in Vienna or Bratislava</w:t>
            </w:r>
          </w:p>
        </w:tc>
      </w:tr>
      <w:tr w:rsidR="00635655" w14:paraId="5E7AF967" w14:textId="77777777" w:rsidTr="002D0689">
        <w:trPr>
          <w:trHeight w:val="343"/>
        </w:trPr>
        <w:tc>
          <w:tcPr>
            <w:tcW w:w="1963" w:type="dxa"/>
            <w:shd w:val="clear" w:color="auto" w:fill="FFFF99"/>
          </w:tcPr>
          <w:p w14:paraId="0208ECA9" w14:textId="77777777" w:rsidR="00635655" w:rsidRPr="00996139" w:rsidRDefault="00635655" w:rsidP="00635655">
            <w:pPr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</w:p>
        </w:tc>
        <w:tc>
          <w:tcPr>
            <w:tcW w:w="1298" w:type="dxa"/>
            <w:shd w:val="clear" w:color="auto" w:fill="FFFF99"/>
          </w:tcPr>
          <w:p w14:paraId="36C9AA81" w14:textId="77777777" w:rsidR="00635655" w:rsidRPr="00996139" w:rsidRDefault="00635655" w:rsidP="00635655">
            <w:pPr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</w:p>
        </w:tc>
        <w:tc>
          <w:tcPr>
            <w:tcW w:w="850" w:type="dxa"/>
            <w:shd w:val="clear" w:color="auto" w:fill="FFFF99"/>
            <w:vAlign w:val="center"/>
          </w:tcPr>
          <w:p w14:paraId="0F7C2E9A" w14:textId="46BE2D72" w:rsidR="00635655" w:rsidRPr="00996139" w:rsidRDefault="00635655" w:rsidP="00635655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  <w:tc>
          <w:tcPr>
            <w:tcW w:w="851" w:type="dxa"/>
            <w:shd w:val="clear" w:color="auto" w:fill="FFFF99"/>
            <w:vAlign w:val="center"/>
          </w:tcPr>
          <w:p w14:paraId="0AD1DD85" w14:textId="5EF77D47" w:rsidR="00635655" w:rsidRPr="00996139" w:rsidRDefault="00635655" w:rsidP="00635655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  <w:tc>
          <w:tcPr>
            <w:tcW w:w="992" w:type="dxa"/>
            <w:shd w:val="clear" w:color="auto" w:fill="FFFF99"/>
            <w:vAlign w:val="center"/>
          </w:tcPr>
          <w:p w14:paraId="45155CC1" w14:textId="74695562" w:rsidR="00635655" w:rsidRPr="00996139" w:rsidRDefault="00635655" w:rsidP="00635655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  <w:tc>
          <w:tcPr>
            <w:tcW w:w="1134" w:type="dxa"/>
            <w:shd w:val="clear" w:color="auto" w:fill="FFFF99"/>
            <w:vAlign w:val="center"/>
          </w:tcPr>
          <w:p w14:paraId="0B19F2C0" w14:textId="3F72202A" w:rsidR="00635655" w:rsidRPr="00996139" w:rsidRDefault="00635655" w:rsidP="00635655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  <w:tc>
          <w:tcPr>
            <w:tcW w:w="1134" w:type="dxa"/>
            <w:shd w:val="clear" w:color="auto" w:fill="FFFF99"/>
            <w:vAlign w:val="center"/>
          </w:tcPr>
          <w:p w14:paraId="12F68124" w14:textId="48CC3D4F" w:rsidR="00635655" w:rsidRPr="00996139" w:rsidRDefault="00635655" w:rsidP="00635655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  <w:tc>
          <w:tcPr>
            <w:tcW w:w="1276" w:type="dxa"/>
            <w:shd w:val="clear" w:color="auto" w:fill="FFFF99"/>
            <w:vAlign w:val="center"/>
          </w:tcPr>
          <w:p w14:paraId="65065E79" w14:textId="5A7E4912" w:rsidR="00635655" w:rsidRPr="00996139" w:rsidRDefault="00635655" w:rsidP="00635655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</w:tr>
    </w:tbl>
    <w:p w14:paraId="5DB59E9D" w14:textId="77777777" w:rsidR="000A1ADA" w:rsidRDefault="000A1ADA" w:rsidP="00CD4385">
      <w:pPr>
        <w:tabs>
          <w:tab w:val="left" w:pos="5670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en-GB" w:eastAsia="sk-SK"/>
        </w:rPr>
      </w:pPr>
    </w:p>
    <w:tbl>
      <w:tblPr>
        <w:tblStyle w:val="Mriekatabuky"/>
        <w:tblW w:w="9498" w:type="dxa"/>
        <w:tblInd w:w="-147" w:type="dxa"/>
        <w:tblLook w:val="04A0" w:firstRow="1" w:lastRow="0" w:firstColumn="1" w:lastColumn="0" w:noHBand="0" w:noVBand="1"/>
      </w:tblPr>
      <w:tblGrid>
        <w:gridCol w:w="1963"/>
        <w:gridCol w:w="1298"/>
        <w:gridCol w:w="850"/>
        <w:gridCol w:w="851"/>
        <w:gridCol w:w="992"/>
        <w:gridCol w:w="1134"/>
        <w:gridCol w:w="1134"/>
        <w:gridCol w:w="1276"/>
      </w:tblGrid>
      <w:tr w:rsidR="00CD4385" w14:paraId="6B5C6F08" w14:textId="77777777" w:rsidTr="00723181">
        <w:trPr>
          <w:trHeight w:val="438"/>
        </w:trPr>
        <w:tc>
          <w:tcPr>
            <w:tcW w:w="1963" w:type="dxa"/>
            <w:tcBorders>
              <w:top w:val="single" w:sz="4" w:space="0" w:color="auto"/>
            </w:tcBorders>
            <w:vAlign w:val="center"/>
          </w:tcPr>
          <w:p w14:paraId="33351149" w14:textId="71243E72" w:rsidR="00CD4385" w:rsidRPr="00996139" w:rsidRDefault="00CD4385" w:rsidP="00723181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Departure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date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from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Lipt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Mikuláš</w:t>
            </w:r>
          </w:p>
        </w:tc>
        <w:tc>
          <w:tcPr>
            <w:tcW w:w="1298" w:type="dxa"/>
            <w:tcBorders>
              <w:top w:val="single" w:sz="4" w:space="0" w:color="auto"/>
            </w:tcBorders>
          </w:tcPr>
          <w:p w14:paraId="15E4FF14" w14:textId="625C00A0" w:rsidR="00CD4385" w:rsidRDefault="00CD4385" w:rsidP="00723181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Departure time</w:t>
            </w:r>
          </w:p>
          <w:p w14:paraId="0D1A68C7" w14:textId="77777777" w:rsidR="00CD4385" w:rsidRPr="001B181F" w:rsidRDefault="00CD4385" w:rsidP="00723181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(if possible)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49324AD9" w14:textId="77777777" w:rsidR="00CD4385" w:rsidRPr="001B181F" w:rsidRDefault="00CD4385" w:rsidP="00723181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By car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96E3549" w14:textId="77777777" w:rsidR="00CD4385" w:rsidRPr="001B181F" w:rsidRDefault="00CD4385" w:rsidP="00723181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By bus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3FEEBD1" w14:textId="77777777" w:rsidR="00CD4385" w:rsidRPr="001B181F" w:rsidRDefault="00CD4385" w:rsidP="00723181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By train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5A9708A" w14:textId="77777777" w:rsidR="00CD4385" w:rsidRPr="001B181F" w:rsidRDefault="00CD4385" w:rsidP="00723181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By plane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</w:tcBorders>
          </w:tcPr>
          <w:p w14:paraId="304F4024" w14:textId="0570CB58" w:rsidR="00CD4385" w:rsidRPr="001B181F" w:rsidRDefault="00CD4385" w:rsidP="00723181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Need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drop off to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airport in Vienna or Bratislava</w:t>
            </w:r>
          </w:p>
        </w:tc>
      </w:tr>
      <w:tr w:rsidR="00CD4385" w14:paraId="6116DA7B" w14:textId="77777777" w:rsidTr="00723181">
        <w:trPr>
          <w:trHeight w:val="343"/>
        </w:trPr>
        <w:tc>
          <w:tcPr>
            <w:tcW w:w="1963" w:type="dxa"/>
            <w:shd w:val="clear" w:color="auto" w:fill="FFFF99"/>
          </w:tcPr>
          <w:p w14:paraId="541C6A76" w14:textId="77777777" w:rsidR="00CD4385" w:rsidRPr="00996139" w:rsidRDefault="00CD4385" w:rsidP="00723181">
            <w:pPr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</w:p>
        </w:tc>
        <w:tc>
          <w:tcPr>
            <w:tcW w:w="1298" w:type="dxa"/>
            <w:shd w:val="clear" w:color="auto" w:fill="FFFF99"/>
          </w:tcPr>
          <w:p w14:paraId="612D01B7" w14:textId="77777777" w:rsidR="00CD4385" w:rsidRPr="00996139" w:rsidRDefault="00CD4385" w:rsidP="00723181">
            <w:pPr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</w:p>
        </w:tc>
        <w:tc>
          <w:tcPr>
            <w:tcW w:w="850" w:type="dxa"/>
            <w:shd w:val="clear" w:color="auto" w:fill="FFFF99"/>
            <w:vAlign w:val="center"/>
          </w:tcPr>
          <w:p w14:paraId="16A7A2F3" w14:textId="77777777" w:rsidR="00CD4385" w:rsidRPr="00996139" w:rsidRDefault="00CD4385" w:rsidP="00723181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  <w:tc>
          <w:tcPr>
            <w:tcW w:w="851" w:type="dxa"/>
            <w:shd w:val="clear" w:color="auto" w:fill="FFFF99"/>
            <w:vAlign w:val="center"/>
          </w:tcPr>
          <w:p w14:paraId="3822F31C" w14:textId="77777777" w:rsidR="00CD4385" w:rsidRPr="00996139" w:rsidRDefault="00CD4385" w:rsidP="00723181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  <w:tc>
          <w:tcPr>
            <w:tcW w:w="992" w:type="dxa"/>
            <w:shd w:val="clear" w:color="auto" w:fill="FFFF99"/>
            <w:vAlign w:val="center"/>
          </w:tcPr>
          <w:p w14:paraId="2FD540CE" w14:textId="77777777" w:rsidR="00CD4385" w:rsidRPr="00996139" w:rsidRDefault="00CD4385" w:rsidP="00723181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  <w:tc>
          <w:tcPr>
            <w:tcW w:w="1134" w:type="dxa"/>
            <w:shd w:val="clear" w:color="auto" w:fill="FFFF99"/>
            <w:vAlign w:val="center"/>
          </w:tcPr>
          <w:p w14:paraId="2323EB31" w14:textId="77777777" w:rsidR="00CD4385" w:rsidRPr="00996139" w:rsidRDefault="00CD4385" w:rsidP="00723181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  <w:tc>
          <w:tcPr>
            <w:tcW w:w="1134" w:type="dxa"/>
            <w:shd w:val="clear" w:color="auto" w:fill="FFFF99"/>
            <w:vAlign w:val="center"/>
          </w:tcPr>
          <w:p w14:paraId="34026DCD" w14:textId="77777777" w:rsidR="00CD4385" w:rsidRPr="00996139" w:rsidRDefault="00CD4385" w:rsidP="00723181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  <w:tc>
          <w:tcPr>
            <w:tcW w:w="1276" w:type="dxa"/>
            <w:shd w:val="clear" w:color="auto" w:fill="FFFF99"/>
            <w:vAlign w:val="center"/>
          </w:tcPr>
          <w:p w14:paraId="5C3B1163" w14:textId="77777777" w:rsidR="00CD4385" w:rsidRPr="00996139" w:rsidRDefault="00CD4385" w:rsidP="00723181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</w:tr>
    </w:tbl>
    <w:p w14:paraId="26480002" w14:textId="77777777" w:rsidR="00CD4385" w:rsidRDefault="00CD4385" w:rsidP="00CD4385">
      <w:pPr>
        <w:tabs>
          <w:tab w:val="left" w:pos="5670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en-GB" w:eastAsia="sk-SK"/>
        </w:rPr>
      </w:pPr>
    </w:p>
    <w:tbl>
      <w:tblPr>
        <w:tblStyle w:val="Mriekatabuky"/>
        <w:tblW w:w="9498" w:type="dxa"/>
        <w:tblInd w:w="-147" w:type="dxa"/>
        <w:tblLook w:val="04A0" w:firstRow="1" w:lastRow="0" w:firstColumn="1" w:lastColumn="0" w:noHBand="0" w:noVBand="1"/>
      </w:tblPr>
      <w:tblGrid>
        <w:gridCol w:w="3080"/>
        <w:gridCol w:w="2988"/>
        <w:gridCol w:w="3430"/>
      </w:tblGrid>
      <w:tr w:rsidR="005C015B" w:rsidRPr="00635655" w14:paraId="620BAA7F" w14:textId="77777777" w:rsidTr="005C015B">
        <w:trPr>
          <w:trHeight w:val="183"/>
        </w:trPr>
        <w:tc>
          <w:tcPr>
            <w:tcW w:w="9498" w:type="dxa"/>
            <w:gridSpan w:val="3"/>
            <w:tcBorders>
              <w:top w:val="single" w:sz="4" w:space="0" w:color="auto"/>
            </w:tcBorders>
            <w:vAlign w:val="center"/>
          </w:tcPr>
          <w:p w14:paraId="48D3024A" w14:textId="294F5B4A" w:rsidR="005C015B" w:rsidRPr="006F230D" w:rsidRDefault="005C015B" w:rsidP="0072318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6F23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Point of contact (POC) of sending institut</w:t>
            </w:r>
            <w:r w:rsidRPr="006F23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ion</w:t>
            </w:r>
          </w:p>
        </w:tc>
      </w:tr>
      <w:tr w:rsidR="005C015B" w14:paraId="39A0E956" w14:textId="77777777" w:rsidTr="005C015B">
        <w:trPr>
          <w:trHeight w:val="343"/>
        </w:trPr>
        <w:tc>
          <w:tcPr>
            <w:tcW w:w="3080" w:type="dxa"/>
            <w:shd w:val="clear" w:color="auto" w:fill="FFFFFF" w:themeFill="background1"/>
            <w:vAlign w:val="center"/>
          </w:tcPr>
          <w:p w14:paraId="203BEF75" w14:textId="350F5632" w:rsidR="005C015B" w:rsidRPr="005C015B" w:rsidRDefault="005C015B" w:rsidP="005C015B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en-GB"/>
              </w:rPr>
            </w:pPr>
            <w:r w:rsidRPr="005C015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POC’s Name and rank</w:t>
            </w:r>
          </w:p>
        </w:tc>
        <w:tc>
          <w:tcPr>
            <w:tcW w:w="2988" w:type="dxa"/>
            <w:shd w:val="clear" w:color="auto" w:fill="FFFFFF" w:themeFill="background1"/>
            <w:vAlign w:val="center"/>
          </w:tcPr>
          <w:p w14:paraId="365E28C2" w14:textId="286A824C" w:rsidR="005C015B" w:rsidRPr="005C015B" w:rsidRDefault="005C015B" w:rsidP="005C015B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5C015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POC’s phone number</w:t>
            </w:r>
          </w:p>
        </w:tc>
        <w:tc>
          <w:tcPr>
            <w:tcW w:w="3430" w:type="dxa"/>
            <w:shd w:val="clear" w:color="auto" w:fill="FFFFFF" w:themeFill="background1"/>
            <w:vAlign w:val="center"/>
          </w:tcPr>
          <w:p w14:paraId="554E585E" w14:textId="1915780D" w:rsidR="005C015B" w:rsidRPr="005C015B" w:rsidRDefault="005C015B" w:rsidP="005C015B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5C015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POC’s e-mail address</w:t>
            </w:r>
          </w:p>
        </w:tc>
      </w:tr>
      <w:tr w:rsidR="005C015B" w14:paraId="462BAF89" w14:textId="77777777" w:rsidTr="00DC0DF5">
        <w:trPr>
          <w:trHeight w:val="343"/>
        </w:trPr>
        <w:tc>
          <w:tcPr>
            <w:tcW w:w="3080" w:type="dxa"/>
            <w:shd w:val="clear" w:color="auto" w:fill="FFFF99"/>
          </w:tcPr>
          <w:p w14:paraId="49492814" w14:textId="77777777" w:rsidR="005C015B" w:rsidRPr="00996139" w:rsidRDefault="005C015B" w:rsidP="005C015B">
            <w:pPr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</w:p>
        </w:tc>
        <w:tc>
          <w:tcPr>
            <w:tcW w:w="2988" w:type="dxa"/>
            <w:shd w:val="clear" w:color="auto" w:fill="FFFF99"/>
          </w:tcPr>
          <w:p w14:paraId="169374AA" w14:textId="77777777" w:rsidR="005C015B" w:rsidRDefault="005C015B" w:rsidP="005C015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430" w:type="dxa"/>
            <w:shd w:val="clear" w:color="auto" w:fill="FFFF99"/>
          </w:tcPr>
          <w:p w14:paraId="31EF58BA" w14:textId="77777777" w:rsidR="005C015B" w:rsidRDefault="005C015B" w:rsidP="005C015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</w:tbl>
    <w:p w14:paraId="024E1173" w14:textId="77777777" w:rsidR="00CD4385" w:rsidRDefault="00CD4385" w:rsidP="005C015B">
      <w:pPr>
        <w:tabs>
          <w:tab w:val="left" w:pos="5670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en-GB" w:eastAsia="sk-SK"/>
        </w:rPr>
      </w:pPr>
    </w:p>
    <w:tbl>
      <w:tblPr>
        <w:tblStyle w:val="Mriekatabuky"/>
        <w:tblW w:w="9498" w:type="dxa"/>
        <w:tblInd w:w="-147" w:type="dxa"/>
        <w:tblLook w:val="04A0" w:firstRow="1" w:lastRow="0" w:firstColumn="1" w:lastColumn="0" w:noHBand="0" w:noVBand="1"/>
      </w:tblPr>
      <w:tblGrid>
        <w:gridCol w:w="9498"/>
      </w:tblGrid>
      <w:tr w:rsidR="005C015B" w:rsidRPr="00635655" w14:paraId="438DBA9E" w14:textId="77777777" w:rsidTr="006F230D">
        <w:trPr>
          <w:trHeight w:val="469"/>
        </w:trPr>
        <w:tc>
          <w:tcPr>
            <w:tcW w:w="9498" w:type="dxa"/>
            <w:tcBorders>
              <w:top w:val="single" w:sz="4" w:space="0" w:color="auto"/>
            </w:tcBorders>
            <w:vAlign w:val="center"/>
          </w:tcPr>
          <w:p w14:paraId="3D34C705" w14:textId="77777777" w:rsidR="006F230D" w:rsidRDefault="005C015B" w:rsidP="005C01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18"/>
                <w:lang w:val="en-GB" w:eastAsia="ja-JP"/>
              </w:rPr>
            </w:pPr>
            <w:r w:rsidRPr="00C76F96">
              <w:rPr>
                <w:rFonts w:ascii="Arial" w:hAnsi="Arial" w:cs="Arial"/>
                <w:b/>
                <w:sz w:val="18"/>
                <w:lang w:val="en-GB" w:eastAsia="ja-JP"/>
              </w:rPr>
              <w:t>Additional remarks</w:t>
            </w:r>
            <w:r w:rsidR="006F230D">
              <w:rPr>
                <w:rFonts w:ascii="Arial" w:hAnsi="Arial" w:cs="Arial"/>
                <w:b/>
                <w:sz w:val="18"/>
                <w:lang w:val="en-GB" w:eastAsia="ja-JP"/>
              </w:rPr>
              <w:t xml:space="preserve"> </w:t>
            </w:r>
          </w:p>
          <w:p w14:paraId="697834C8" w14:textId="1B51060F" w:rsidR="005C015B" w:rsidRPr="00635655" w:rsidRDefault="006F230D" w:rsidP="006F230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lang w:val="en-GB" w:eastAsia="ja-JP"/>
              </w:rPr>
              <w:t>(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Special dietary or food requirements due to medical or religious reasons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, travel arrangements …)</w:t>
            </w:r>
          </w:p>
        </w:tc>
      </w:tr>
      <w:tr w:rsidR="005C015B" w14:paraId="50DD8C95" w14:textId="77777777" w:rsidTr="00177EF0">
        <w:trPr>
          <w:trHeight w:val="343"/>
        </w:trPr>
        <w:tc>
          <w:tcPr>
            <w:tcW w:w="9498" w:type="dxa"/>
            <w:shd w:val="clear" w:color="auto" w:fill="FFFF99"/>
          </w:tcPr>
          <w:p w14:paraId="2F61AAAD" w14:textId="77777777" w:rsidR="005C015B" w:rsidRDefault="005C015B" w:rsidP="0072318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</w:tbl>
    <w:p w14:paraId="618558FF" w14:textId="77777777" w:rsidR="006F230D" w:rsidRDefault="006F230D" w:rsidP="00C31856">
      <w:pPr>
        <w:tabs>
          <w:tab w:val="left" w:pos="5670"/>
          <w:tab w:val="left" w:pos="6379"/>
        </w:tabs>
        <w:jc w:val="center"/>
        <w:rPr>
          <w:rFonts w:ascii="Arial" w:hAnsi="Arial" w:cs="Arial"/>
          <w:b/>
          <w:color w:val="FF0000"/>
          <w:lang w:val="en-GB"/>
        </w:rPr>
      </w:pPr>
    </w:p>
    <w:p w14:paraId="1F796145" w14:textId="0EFB80B5" w:rsidR="0036167B" w:rsidRPr="0036167B" w:rsidRDefault="006F230D" w:rsidP="00C31856">
      <w:pPr>
        <w:tabs>
          <w:tab w:val="left" w:pos="5670"/>
          <w:tab w:val="left" w:pos="6379"/>
        </w:tabs>
        <w:jc w:val="center"/>
        <w:rPr>
          <w:rFonts w:ascii="Times New Roman" w:hAnsi="Times New Roman" w:cs="Times New Roman"/>
          <w:sz w:val="16"/>
          <w:szCs w:val="16"/>
          <w:lang w:val="en-GB" w:eastAsia="sk-SK"/>
        </w:rPr>
      </w:pPr>
      <w:r>
        <w:rPr>
          <w:rFonts w:ascii="Arial" w:hAnsi="Arial" w:cs="Arial"/>
          <w:b/>
          <w:color w:val="FF0000"/>
          <w:lang w:val="en-GB"/>
        </w:rPr>
        <w:t>* Deadline for submitting the Registration form:</w:t>
      </w:r>
      <w:r w:rsidR="005C015B" w:rsidRPr="001F4C9B">
        <w:rPr>
          <w:rFonts w:ascii="Arial" w:hAnsi="Arial" w:cs="Arial"/>
          <w:color w:val="FF0000"/>
          <w:sz w:val="18"/>
          <w:szCs w:val="18"/>
          <w:lang w:val="en-GB" w:eastAsia="sk-SK"/>
        </w:rPr>
        <w:t xml:space="preserve"> </w:t>
      </w:r>
      <w:r w:rsidR="005C015B" w:rsidRPr="006F230D">
        <w:rPr>
          <w:rFonts w:ascii="Arial" w:hAnsi="Arial" w:cs="Arial"/>
          <w:b/>
          <w:color w:val="FF0000"/>
          <w:sz w:val="28"/>
          <w:szCs w:val="28"/>
          <w:lang w:val="en-GB" w:eastAsia="sk-SK"/>
        </w:rPr>
        <w:t>November 30, 2026</w:t>
      </w:r>
    </w:p>
    <w:sectPr w:rsidR="0036167B" w:rsidRPr="0036167B" w:rsidSect="006F230D">
      <w:headerReference w:type="default" r:id="rId10"/>
      <w:pgSz w:w="12240" w:h="15840"/>
      <w:pgMar w:top="1440" w:right="1800" w:bottom="851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B141D" w14:textId="77777777" w:rsidR="00576AA7" w:rsidRDefault="00576AA7" w:rsidP="009B6F4E">
      <w:pPr>
        <w:spacing w:after="0" w:line="240" w:lineRule="auto"/>
      </w:pPr>
      <w:r>
        <w:separator/>
      </w:r>
    </w:p>
  </w:endnote>
  <w:endnote w:type="continuationSeparator" w:id="0">
    <w:p w14:paraId="1C807F5A" w14:textId="77777777" w:rsidR="00576AA7" w:rsidRDefault="00576AA7" w:rsidP="009B6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BE1EC" w14:textId="77777777" w:rsidR="00576AA7" w:rsidRDefault="00576AA7" w:rsidP="009B6F4E">
      <w:pPr>
        <w:spacing w:after="0" w:line="240" w:lineRule="auto"/>
      </w:pPr>
      <w:r>
        <w:separator/>
      </w:r>
    </w:p>
  </w:footnote>
  <w:footnote w:type="continuationSeparator" w:id="0">
    <w:p w14:paraId="14CB19B3" w14:textId="77777777" w:rsidR="00576AA7" w:rsidRDefault="00576AA7" w:rsidP="009B6F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63835" w14:textId="4D1B1F00" w:rsidR="009B6F4E" w:rsidRDefault="00922B47">
    <w:pPr>
      <w:pStyle w:val="Hlavika"/>
    </w:pPr>
    <w:r>
      <w:rPr>
        <w:noProof/>
      </w:rPr>
      <w:drawing>
        <wp:anchor distT="0" distB="0" distL="114300" distR="114300" simplePos="0" relativeHeight="251660800" behindDoc="1" locked="0" layoutInCell="1" allowOverlap="1" wp14:anchorId="0165E324" wp14:editId="2E68FB6F">
          <wp:simplePos x="0" y="0"/>
          <wp:positionH relativeFrom="column">
            <wp:posOffset>4953000</wp:posOffset>
          </wp:positionH>
          <wp:positionV relativeFrom="paragraph">
            <wp:posOffset>15240</wp:posOffset>
          </wp:positionV>
          <wp:extent cx="892175" cy="894080"/>
          <wp:effectExtent l="0" t="0" r="3175" b="1270"/>
          <wp:wrapNone/>
          <wp:docPr id="1841257042" name="Obrázok 1" descr="Obrázok, na ktorom je emblém, symbol, odznak, erb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1" descr="Obrázok, na ktorom je emblém, symbol, odznak, erb&#10;&#10;Obsah vygenerovaný umelou inteligenciou môže byť nesprávny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2175" cy="894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56A5D">
      <w:rPr>
        <w:noProof/>
        <w:lang w:val="sk-SK" w:eastAsia="sk-SK"/>
      </w:rPr>
      <w:drawing>
        <wp:anchor distT="0" distB="0" distL="114300" distR="114300" simplePos="0" relativeHeight="251659776" behindDoc="1" locked="0" layoutInCell="1" allowOverlap="1" wp14:anchorId="70ECB7F3" wp14:editId="5D503249">
          <wp:simplePos x="0" y="0"/>
          <wp:positionH relativeFrom="margin">
            <wp:posOffset>-123825</wp:posOffset>
          </wp:positionH>
          <wp:positionV relativeFrom="paragraph">
            <wp:posOffset>-19050</wp:posOffset>
          </wp:positionV>
          <wp:extent cx="981075" cy="928370"/>
          <wp:effectExtent l="0" t="0" r="9525" b="5080"/>
          <wp:wrapNone/>
          <wp:docPr id="502683847" name="Obrázok 502683847" descr="Obrázok, na ktorom je text, emblém, symbol, logo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 descr="Obrázok, na ktorom je text, emblém, symbol, logo&#10;&#10;Automaticky generovaný popis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075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                 </w:t>
    </w:r>
    <w:r w:rsidR="00356A5D">
      <w:t xml:space="preserve">   </w:t>
    </w:r>
    <w:r>
      <w:rPr>
        <w:noProof/>
      </w:rPr>
      <w:drawing>
        <wp:anchor distT="0" distB="0" distL="114300" distR="114300" simplePos="0" relativeHeight="251661824" behindDoc="1" locked="0" layoutInCell="1" allowOverlap="1" wp14:anchorId="6DA5FDE8" wp14:editId="58778C58">
          <wp:simplePos x="0" y="0"/>
          <wp:positionH relativeFrom="column">
            <wp:posOffset>2438400</wp:posOffset>
          </wp:positionH>
          <wp:positionV relativeFrom="paragraph">
            <wp:posOffset>0</wp:posOffset>
          </wp:positionV>
          <wp:extent cx="912495" cy="912495"/>
          <wp:effectExtent l="0" t="0" r="1905" b="1905"/>
          <wp:wrapNone/>
          <wp:docPr id="207616034" name="Obrázok 2">
            <a:extLst xmlns:a="http://schemas.openxmlformats.org/drawingml/2006/main">
              <a:ext uri="{FF2B5EF4-FFF2-40B4-BE49-F238E27FC236}">
                <a16:creationId xmlns:a16="http://schemas.microsoft.com/office/drawing/2014/main" id="{7A77D03F-062A-2B93-17AB-2233B73E3F3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ok 2">
                    <a:extLst>
                      <a:ext uri="{FF2B5EF4-FFF2-40B4-BE49-F238E27FC236}">
                        <a16:creationId xmlns:a16="http://schemas.microsoft.com/office/drawing/2014/main" id="{7A77D03F-062A-2B93-17AB-2233B73E3F3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2495" cy="9124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56A5D">
      <w:t xml:space="preserve">        </w:t>
    </w:r>
    <w:r>
      <w:t xml:space="preserve">                             </w:t>
    </w:r>
    <w:r w:rsidR="00C31856">
      <w:t xml:space="preserve">  </w:t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Obrázok 1416511042" o:spid="_x0000_i1025" type="#_x0000_t75" style="width:11.25pt;height:11.25pt;visibility:visible;mso-wrap-style:squar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C77BB3"/>
    <w:multiLevelType w:val="hybridMultilevel"/>
    <w:tmpl w:val="888E2DE8"/>
    <w:lvl w:ilvl="0" w:tplc="9A00954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4E2F10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4FA4B9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1503DB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722902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D20B2C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C7E585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96483D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98C414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0" w15:restartNumberingAfterBreak="0">
    <w:nsid w:val="09D30C9F"/>
    <w:multiLevelType w:val="hybridMultilevel"/>
    <w:tmpl w:val="AD1C9AE6"/>
    <w:lvl w:ilvl="0" w:tplc="684237F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b/>
        <w:bCs/>
        <w:color w:val="984806" w:themeColor="accent6" w:themeShade="8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9203C1"/>
    <w:multiLevelType w:val="hybridMultilevel"/>
    <w:tmpl w:val="6D249E34"/>
    <w:lvl w:ilvl="0" w:tplc="D6EA773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064DA4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8A605E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614987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A7A061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AC6607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7825F3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C4C9BD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50AB48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2" w15:restartNumberingAfterBreak="0">
    <w:nsid w:val="10FB1922"/>
    <w:multiLevelType w:val="hybridMultilevel"/>
    <w:tmpl w:val="BBA2CB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4E5B08"/>
    <w:multiLevelType w:val="hybridMultilevel"/>
    <w:tmpl w:val="458C6B76"/>
    <w:lvl w:ilvl="0" w:tplc="3586DF54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F61C70"/>
    <w:multiLevelType w:val="hybridMultilevel"/>
    <w:tmpl w:val="6EE4841C"/>
    <w:lvl w:ilvl="0" w:tplc="684237F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b/>
        <w:bCs/>
        <w:color w:val="984806" w:themeColor="accent6" w:themeShade="8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221617"/>
    <w:multiLevelType w:val="hybridMultilevel"/>
    <w:tmpl w:val="269C97C2"/>
    <w:lvl w:ilvl="0" w:tplc="E9CE3E0C">
      <w:start w:val="1"/>
      <w:numFmt w:val="bullet"/>
      <w:lvlText w:val=""/>
      <w:lvlJc w:val="left"/>
      <w:pPr>
        <w:ind w:left="720" w:hanging="360"/>
      </w:pPr>
      <w:rPr>
        <w:rFonts w:ascii="Wingdings 3" w:hAnsi="Wingdings 3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E837DD"/>
    <w:multiLevelType w:val="hybridMultilevel"/>
    <w:tmpl w:val="B4EAF990"/>
    <w:lvl w:ilvl="0" w:tplc="3F34025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3411FC"/>
    <w:multiLevelType w:val="hybridMultilevel"/>
    <w:tmpl w:val="C91EFD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AD242E"/>
    <w:multiLevelType w:val="hybridMultilevel"/>
    <w:tmpl w:val="8694702A"/>
    <w:lvl w:ilvl="0" w:tplc="684237F6">
      <w:start w:val="1"/>
      <w:numFmt w:val="bullet"/>
      <w:lvlText w:val=""/>
      <w:lvlJc w:val="left"/>
      <w:pPr>
        <w:ind w:left="643" w:hanging="360"/>
      </w:pPr>
      <w:rPr>
        <w:rFonts w:ascii="Symbol" w:hAnsi="Symbol" w:hint="default"/>
        <w:b/>
        <w:bCs/>
        <w:color w:val="984806" w:themeColor="accent6" w:themeShade="80"/>
      </w:rPr>
    </w:lvl>
    <w:lvl w:ilvl="1" w:tplc="041B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9" w15:restartNumberingAfterBreak="0">
    <w:nsid w:val="55F71D8F"/>
    <w:multiLevelType w:val="hybridMultilevel"/>
    <w:tmpl w:val="7876A91E"/>
    <w:lvl w:ilvl="0" w:tplc="684237F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b/>
        <w:bCs/>
        <w:color w:val="984806" w:themeColor="accent6" w:themeShade="8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D44E40"/>
    <w:multiLevelType w:val="hybridMultilevel"/>
    <w:tmpl w:val="734224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3F399B"/>
    <w:multiLevelType w:val="hybridMultilevel"/>
    <w:tmpl w:val="4AF27574"/>
    <w:lvl w:ilvl="0" w:tplc="684237F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b/>
        <w:bCs/>
        <w:color w:val="984806" w:themeColor="accent6" w:themeShade="8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9E3457"/>
    <w:multiLevelType w:val="hybridMultilevel"/>
    <w:tmpl w:val="60D64CDC"/>
    <w:lvl w:ilvl="0" w:tplc="0D3C368C">
      <w:start w:val="1"/>
      <w:numFmt w:val="decimal"/>
      <w:lvlText w:val="%1."/>
      <w:lvlJc w:val="left"/>
      <w:pPr>
        <w:ind w:left="467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187" w:hanging="360"/>
      </w:pPr>
    </w:lvl>
    <w:lvl w:ilvl="2" w:tplc="041B001B" w:tentative="1">
      <w:start w:val="1"/>
      <w:numFmt w:val="lowerRoman"/>
      <w:lvlText w:val="%3."/>
      <w:lvlJc w:val="right"/>
      <w:pPr>
        <w:ind w:left="1907" w:hanging="180"/>
      </w:pPr>
    </w:lvl>
    <w:lvl w:ilvl="3" w:tplc="041B000F" w:tentative="1">
      <w:start w:val="1"/>
      <w:numFmt w:val="decimal"/>
      <w:lvlText w:val="%4."/>
      <w:lvlJc w:val="left"/>
      <w:pPr>
        <w:ind w:left="2627" w:hanging="360"/>
      </w:pPr>
    </w:lvl>
    <w:lvl w:ilvl="4" w:tplc="041B0019" w:tentative="1">
      <w:start w:val="1"/>
      <w:numFmt w:val="lowerLetter"/>
      <w:lvlText w:val="%5."/>
      <w:lvlJc w:val="left"/>
      <w:pPr>
        <w:ind w:left="3347" w:hanging="360"/>
      </w:pPr>
    </w:lvl>
    <w:lvl w:ilvl="5" w:tplc="041B001B" w:tentative="1">
      <w:start w:val="1"/>
      <w:numFmt w:val="lowerRoman"/>
      <w:lvlText w:val="%6."/>
      <w:lvlJc w:val="right"/>
      <w:pPr>
        <w:ind w:left="4067" w:hanging="180"/>
      </w:pPr>
    </w:lvl>
    <w:lvl w:ilvl="6" w:tplc="041B000F" w:tentative="1">
      <w:start w:val="1"/>
      <w:numFmt w:val="decimal"/>
      <w:lvlText w:val="%7."/>
      <w:lvlJc w:val="left"/>
      <w:pPr>
        <w:ind w:left="4787" w:hanging="360"/>
      </w:pPr>
    </w:lvl>
    <w:lvl w:ilvl="7" w:tplc="041B0019" w:tentative="1">
      <w:start w:val="1"/>
      <w:numFmt w:val="lowerLetter"/>
      <w:lvlText w:val="%8."/>
      <w:lvlJc w:val="left"/>
      <w:pPr>
        <w:ind w:left="5507" w:hanging="360"/>
      </w:pPr>
    </w:lvl>
    <w:lvl w:ilvl="8" w:tplc="041B001B" w:tentative="1">
      <w:start w:val="1"/>
      <w:numFmt w:val="lowerRoman"/>
      <w:lvlText w:val="%9."/>
      <w:lvlJc w:val="right"/>
      <w:pPr>
        <w:ind w:left="6227" w:hanging="180"/>
      </w:pPr>
    </w:lvl>
  </w:abstractNum>
  <w:num w:numId="1" w16cid:durableId="1226834432">
    <w:abstractNumId w:val="8"/>
  </w:num>
  <w:num w:numId="2" w16cid:durableId="2136825337">
    <w:abstractNumId w:val="6"/>
  </w:num>
  <w:num w:numId="3" w16cid:durableId="491062724">
    <w:abstractNumId w:val="5"/>
  </w:num>
  <w:num w:numId="4" w16cid:durableId="664935938">
    <w:abstractNumId w:val="4"/>
  </w:num>
  <w:num w:numId="5" w16cid:durableId="974485085">
    <w:abstractNumId w:val="7"/>
  </w:num>
  <w:num w:numId="6" w16cid:durableId="1493327664">
    <w:abstractNumId w:val="3"/>
  </w:num>
  <w:num w:numId="7" w16cid:durableId="1270508571">
    <w:abstractNumId w:val="2"/>
  </w:num>
  <w:num w:numId="8" w16cid:durableId="1389957646">
    <w:abstractNumId w:val="1"/>
  </w:num>
  <w:num w:numId="9" w16cid:durableId="1196582625">
    <w:abstractNumId w:val="0"/>
  </w:num>
  <w:num w:numId="10" w16cid:durableId="1450390815">
    <w:abstractNumId w:val="20"/>
  </w:num>
  <w:num w:numId="11" w16cid:durableId="743994076">
    <w:abstractNumId w:val="12"/>
  </w:num>
  <w:num w:numId="12" w16cid:durableId="1601643258">
    <w:abstractNumId w:val="17"/>
  </w:num>
  <w:num w:numId="13" w16cid:durableId="1827041315">
    <w:abstractNumId w:val="21"/>
  </w:num>
  <w:num w:numId="14" w16cid:durableId="1378822747">
    <w:abstractNumId w:val="18"/>
  </w:num>
  <w:num w:numId="15" w16cid:durableId="1784182433">
    <w:abstractNumId w:val="19"/>
  </w:num>
  <w:num w:numId="16" w16cid:durableId="1908681104">
    <w:abstractNumId w:val="14"/>
  </w:num>
  <w:num w:numId="17" w16cid:durableId="557935665">
    <w:abstractNumId w:val="10"/>
  </w:num>
  <w:num w:numId="18" w16cid:durableId="1919636961">
    <w:abstractNumId w:val="11"/>
  </w:num>
  <w:num w:numId="19" w16cid:durableId="926378719">
    <w:abstractNumId w:val="9"/>
  </w:num>
  <w:num w:numId="20" w16cid:durableId="1525946868">
    <w:abstractNumId w:val="15"/>
  </w:num>
  <w:num w:numId="21" w16cid:durableId="955600376">
    <w:abstractNumId w:val="22"/>
  </w:num>
  <w:num w:numId="22" w16cid:durableId="1096244507">
    <w:abstractNumId w:val="16"/>
  </w:num>
  <w:num w:numId="23" w16cid:durableId="104564151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157D"/>
    <w:rsid w:val="00034616"/>
    <w:rsid w:val="0006063C"/>
    <w:rsid w:val="000A1ADA"/>
    <w:rsid w:val="000E0007"/>
    <w:rsid w:val="00106CCE"/>
    <w:rsid w:val="00116339"/>
    <w:rsid w:val="0015074B"/>
    <w:rsid w:val="00193A87"/>
    <w:rsid w:val="001A30D5"/>
    <w:rsid w:val="00205A59"/>
    <w:rsid w:val="00240C52"/>
    <w:rsid w:val="00280791"/>
    <w:rsid w:val="0028362A"/>
    <w:rsid w:val="0029639D"/>
    <w:rsid w:val="002A64F5"/>
    <w:rsid w:val="002A6D9F"/>
    <w:rsid w:val="002D2D8F"/>
    <w:rsid w:val="002D322B"/>
    <w:rsid w:val="00313770"/>
    <w:rsid w:val="00326F90"/>
    <w:rsid w:val="00356A5D"/>
    <w:rsid w:val="0036167B"/>
    <w:rsid w:val="00365EBB"/>
    <w:rsid w:val="00395A8F"/>
    <w:rsid w:val="003C5831"/>
    <w:rsid w:val="003F18DD"/>
    <w:rsid w:val="00427318"/>
    <w:rsid w:val="00456341"/>
    <w:rsid w:val="004A39F4"/>
    <w:rsid w:val="004F7412"/>
    <w:rsid w:val="00530B29"/>
    <w:rsid w:val="00576AA7"/>
    <w:rsid w:val="005A60A8"/>
    <w:rsid w:val="005C015B"/>
    <w:rsid w:val="00602080"/>
    <w:rsid w:val="00635655"/>
    <w:rsid w:val="006700E9"/>
    <w:rsid w:val="0068459B"/>
    <w:rsid w:val="006D7924"/>
    <w:rsid w:val="006E6830"/>
    <w:rsid w:val="006F230D"/>
    <w:rsid w:val="007373BE"/>
    <w:rsid w:val="00743A37"/>
    <w:rsid w:val="00752600"/>
    <w:rsid w:val="00781F38"/>
    <w:rsid w:val="007A7B87"/>
    <w:rsid w:val="007D2B0D"/>
    <w:rsid w:val="007E6710"/>
    <w:rsid w:val="007F57F3"/>
    <w:rsid w:val="00841D2E"/>
    <w:rsid w:val="008968DB"/>
    <w:rsid w:val="008B245C"/>
    <w:rsid w:val="008E1536"/>
    <w:rsid w:val="00922B47"/>
    <w:rsid w:val="009566BB"/>
    <w:rsid w:val="009B6F4E"/>
    <w:rsid w:val="009C3F37"/>
    <w:rsid w:val="009E2EF1"/>
    <w:rsid w:val="00A36D9C"/>
    <w:rsid w:val="00A668C6"/>
    <w:rsid w:val="00AA1D8D"/>
    <w:rsid w:val="00AB7407"/>
    <w:rsid w:val="00AE3862"/>
    <w:rsid w:val="00B06262"/>
    <w:rsid w:val="00B170D3"/>
    <w:rsid w:val="00B20130"/>
    <w:rsid w:val="00B27E46"/>
    <w:rsid w:val="00B4216C"/>
    <w:rsid w:val="00B47730"/>
    <w:rsid w:val="00B75FAD"/>
    <w:rsid w:val="00B96EDA"/>
    <w:rsid w:val="00BA39F6"/>
    <w:rsid w:val="00BE2516"/>
    <w:rsid w:val="00BF187A"/>
    <w:rsid w:val="00C0310A"/>
    <w:rsid w:val="00C31856"/>
    <w:rsid w:val="00C4710E"/>
    <w:rsid w:val="00C61C8B"/>
    <w:rsid w:val="00CB0664"/>
    <w:rsid w:val="00CD4385"/>
    <w:rsid w:val="00CE5EBC"/>
    <w:rsid w:val="00CF730A"/>
    <w:rsid w:val="00D146E6"/>
    <w:rsid w:val="00D91018"/>
    <w:rsid w:val="00DD097C"/>
    <w:rsid w:val="00DD4583"/>
    <w:rsid w:val="00E12A05"/>
    <w:rsid w:val="00E215E1"/>
    <w:rsid w:val="00E30B1F"/>
    <w:rsid w:val="00E5456F"/>
    <w:rsid w:val="00E977B1"/>
    <w:rsid w:val="00EA7E28"/>
    <w:rsid w:val="00EB0485"/>
    <w:rsid w:val="00EB36AE"/>
    <w:rsid w:val="00ED2D4F"/>
    <w:rsid w:val="00EE5D8A"/>
    <w:rsid w:val="00EF1750"/>
    <w:rsid w:val="00F44CCE"/>
    <w:rsid w:val="00F954C4"/>
    <w:rsid w:val="00FB2A57"/>
    <w:rsid w:val="00FC693F"/>
    <w:rsid w:val="00FD3471"/>
    <w:rsid w:val="00FE3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5D48109"/>
  <w15:docId w15:val="{0B15FCEA-0B4E-459D-87E0-ECA70BD7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E618BF"/>
  </w:style>
  <w:style w:type="paragraph" w:styleId="Pta">
    <w:name w:val="footer"/>
    <w:basedOn w:val="Normlny"/>
    <w:link w:val="PtaChar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Paragraph">
    <w:name w:val="Table Paragraph"/>
    <w:basedOn w:val="Normlny"/>
    <w:uiPriority w:val="1"/>
    <w:qFormat/>
    <w:rsid w:val="004F7412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 w:cs="Times New Roman"/>
      <w:lang w:val="sk-SK"/>
    </w:rPr>
  </w:style>
  <w:style w:type="table" w:customStyle="1" w:styleId="TableNormal">
    <w:name w:val="Table Normal"/>
    <w:uiPriority w:val="2"/>
    <w:semiHidden/>
    <w:unhideWhenUsed/>
    <w:qFormat/>
    <w:rsid w:val="00602080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ypertextovprepojenie">
    <w:name w:val="Hyperlink"/>
    <w:basedOn w:val="Predvolenpsmoodseku"/>
    <w:uiPriority w:val="99"/>
    <w:unhideWhenUsed/>
    <w:rsid w:val="007373BE"/>
    <w:rPr>
      <w:color w:val="0000FF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7373BE"/>
    <w:rPr>
      <w:color w:val="605E5C"/>
      <w:shd w:val="clear" w:color="auto" w:fill="E1DFDD"/>
    </w:rPr>
  </w:style>
  <w:style w:type="paragraph" w:styleId="Normlnywebov">
    <w:name w:val="Normal (Web)"/>
    <w:basedOn w:val="Normlny"/>
    <w:uiPriority w:val="99"/>
    <w:unhideWhenUsed/>
    <w:rsid w:val="00B170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k-SK"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B27E4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27E4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27E46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27E4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27E46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27E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27E46"/>
    <w:rPr>
      <w:rFonts w:ascii="Tahoma" w:hAnsi="Tahoma" w:cs="Tahoma"/>
      <w:sz w:val="16"/>
      <w:szCs w:val="16"/>
    </w:rPr>
  </w:style>
  <w:style w:type="character" w:styleId="Nevyrieenzmienka">
    <w:name w:val="Unresolved Mention"/>
    <w:basedOn w:val="Predvolenpsmoodseku"/>
    <w:uiPriority w:val="99"/>
    <w:semiHidden/>
    <w:unhideWhenUsed/>
    <w:rsid w:val="00922B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ternational@aos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eblm.aos.sk/en/article/erasmus-bip-military-combat-support-cours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5E96F80-4B27-44A0-8729-A62351D8B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Hyklová, Martina</cp:lastModifiedBy>
  <cp:revision>2</cp:revision>
  <dcterms:created xsi:type="dcterms:W3CDTF">2026-10-15T07:38:00Z</dcterms:created>
  <dcterms:modified xsi:type="dcterms:W3CDTF">2026-10-15T07:38:00Z</dcterms:modified>
</cp:coreProperties>
</file>