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03E78" w14:textId="7718CD1D" w:rsidR="0028362A" w:rsidRDefault="0028362A">
      <w:pPr>
        <w:jc w:val="center"/>
        <w:rPr>
          <w:rFonts w:eastAsiaTheme="majorEastAsia" w:cstheme="majorBidi"/>
          <w:b/>
          <w:bCs/>
          <w:sz w:val="26"/>
          <w:szCs w:val="26"/>
          <w:lang w:val="en-GB"/>
        </w:rPr>
      </w:pPr>
    </w:p>
    <w:p w14:paraId="3EC4A52B" w14:textId="77777777" w:rsidR="005C015B" w:rsidRPr="005C015B" w:rsidRDefault="005C015B" w:rsidP="0036167B">
      <w:pPr>
        <w:pStyle w:val="Pta"/>
        <w:spacing w:before="60"/>
        <w:jc w:val="center"/>
        <w:rPr>
          <w:rFonts w:ascii="Garamond" w:hAnsi="Garamond"/>
          <w:b/>
          <w:sz w:val="16"/>
          <w:szCs w:val="16"/>
          <w:lang w:val="en-GB"/>
        </w:rPr>
      </w:pPr>
    </w:p>
    <w:p w14:paraId="6C6DBAB3" w14:textId="78B7D072" w:rsidR="0036167B" w:rsidRPr="0036167B" w:rsidRDefault="00C31856" w:rsidP="0036167B">
      <w:pPr>
        <w:pStyle w:val="Pta"/>
        <w:spacing w:before="60"/>
        <w:jc w:val="center"/>
        <w:rPr>
          <w:rFonts w:ascii="Arial" w:hAnsi="Arial" w:cs="Arial"/>
          <w:b/>
          <w:color w:val="0033CC"/>
          <w:sz w:val="32"/>
          <w:szCs w:val="32"/>
        </w:rPr>
      </w:pPr>
      <w:r w:rsidRPr="0036167B">
        <w:rPr>
          <w:rFonts w:ascii="Garamond" w:hAnsi="Garamond"/>
          <w:b/>
          <w:sz w:val="32"/>
          <w:szCs w:val="32"/>
          <w:lang w:val="en-GB"/>
        </w:rPr>
        <w:t>REGISTRATION FORM</w:t>
      </w:r>
      <w:r w:rsidR="0036167B" w:rsidRPr="0036167B">
        <w:rPr>
          <w:rFonts w:ascii="Arial" w:hAnsi="Arial" w:cs="Arial"/>
          <w:b/>
          <w:color w:val="0033CC"/>
          <w:sz w:val="32"/>
          <w:szCs w:val="32"/>
        </w:rPr>
        <w:t xml:space="preserve"> </w:t>
      </w:r>
    </w:p>
    <w:p w14:paraId="712BD970" w14:textId="65363A76" w:rsidR="0036167B" w:rsidRPr="005C015B" w:rsidRDefault="0036167B" w:rsidP="0036167B">
      <w:pPr>
        <w:pStyle w:val="Pta"/>
        <w:spacing w:before="60"/>
        <w:jc w:val="center"/>
        <w:rPr>
          <w:rFonts w:ascii="Arial" w:hAnsi="Arial" w:cs="Arial"/>
          <w:b/>
          <w:color w:val="8DB3E2" w:themeColor="text2" w:themeTint="66"/>
          <w:sz w:val="18"/>
          <w:szCs w:val="18"/>
        </w:rPr>
      </w:pPr>
      <w:r w:rsidRPr="005C015B">
        <w:rPr>
          <w:rFonts w:ascii="Arial" w:hAnsi="Arial" w:cs="Arial"/>
          <w:b/>
          <w:color w:val="8DB3E2" w:themeColor="text2" w:themeTint="66"/>
          <w:sz w:val="18"/>
          <w:szCs w:val="18"/>
        </w:rPr>
        <w:t>Data protection:</w:t>
      </w:r>
      <w:r w:rsidRPr="005C015B">
        <w:rPr>
          <w:noProof/>
          <w:color w:val="8DB3E2" w:themeColor="text2" w:themeTint="66"/>
        </w:rPr>
        <w:t xml:space="preserve"> </w:t>
      </w:r>
      <w:r w:rsidRPr="005C015B">
        <w:rPr>
          <w:rFonts w:ascii="Arial" w:hAnsi="Arial" w:cs="Arial"/>
          <w:b/>
          <w:color w:val="8DB3E2" w:themeColor="text2" w:themeTint="66"/>
          <w:sz w:val="18"/>
          <w:szCs w:val="18"/>
        </w:rPr>
        <w:t xml:space="preserve">Your data will be used for necessary internal administrative procedures </w:t>
      </w:r>
      <w:r w:rsidRPr="005C015B">
        <w:rPr>
          <w:rFonts w:ascii="Arial" w:hAnsi="Arial" w:cs="Arial"/>
          <w:b/>
          <w:color w:val="8DB3E2" w:themeColor="text2" w:themeTint="66"/>
          <w:sz w:val="18"/>
          <w:szCs w:val="18"/>
          <w:u w:val="single"/>
        </w:rPr>
        <w:t>only</w:t>
      </w:r>
      <w:r w:rsidRPr="005C015B">
        <w:rPr>
          <w:rFonts w:ascii="Arial" w:hAnsi="Arial" w:cs="Arial"/>
          <w:b/>
          <w:color w:val="8DB3E2" w:themeColor="text2" w:themeTint="66"/>
          <w:sz w:val="18"/>
          <w:szCs w:val="18"/>
        </w:rPr>
        <w:t>.</w:t>
      </w:r>
    </w:p>
    <w:p w14:paraId="3A418610" w14:textId="77777777" w:rsidR="0036167B" w:rsidRPr="005C015B" w:rsidRDefault="0036167B" w:rsidP="0036167B">
      <w:pPr>
        <w:pStyle w:val="Hlavika"/>
        <w:tabs>
          <w:tab w:val="left" w:pos="3735"/>
        </w:tabs>
        <w:jc w:val="center"/>
        <w:rPr>
          <w:rFonts w:ascii="Arial" w:hAnsi="Arial" w:cs="Arial"/>
          <w:b/>
          <w:color w:val="8DB3E2" w:themeColor="text2" w:themeTint="66"/>
          <w:sz w:val="18"/>
          <w:szCs w:val="18"/>
        </w:rPr>
      </w:pPr>
      <w:r w:rsidRPr="005C015B">
        <w:rPr>
          <w:rFonts w:ascii="Arial" w:hAnsi="Arial" w:cs="Arial"/>
          <w:b/>
          <w:color w:val="8DB3E2" w:themeColor="text2" w:themeTint="66"/>
          <w:sz w:val="18"/>
          <w:szCs w:val="18"/>
        </w:rPr>
        <w:t>They will not be published in any case!</w:t>
      </w:r>
    </w:p>
    <w:tbl>
      <w:tblPr>
        <w:tblStyle w:val="Mriekatabuky"/>
        <w:tblW w:w="9498" w:type="dxa"/>
        <w:tblInd w:w="-147" w:type="dxa"/>
        <w:tblLook w:val="04A0" w:firstRow="1" w:lastRow="0" w:firstColumn="1" w:lastColumn="0" w:noHBand="0" w:noVBand="1"/>
      </w:tblPr>
      <w:tblGrid>
        <w:gridCol w:w="4962"/>
        <w:gridCol w:w="4536"/>
      </w:tblGrid>
      <w:tr w:rsidR="00CD4385" w14:paraId="1B8BE27A" w14:textId="77777777" w:rsidTr="005C015B">
        <w:trPr>
          <w:trHeight w:val="245"/>
        </w:trPr>
        <w:tc>
          <w:tcPr>
            <w:tcW w:w="4962" w:type="dxa"/>
            <w:vMerge w:val="restart"/>
          </w:tcPr>
          <w:p w14:paraId="04B0C129" w14:textId="77777777" w:rsidR="00CD4385" w:rsidRPr="00996139" w:rsidRDefault="00CD4385" w:rsidP="002542D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996139"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>Remarks:</w:t>
            </w:r>
          </w:p>
          <w:p w14:paraId="0BEF04E2" w14:textId="688CCBC5" w:rsidR="00CD4385" w:rsidRPr="005C015B" w:rsidRDefault="00CD4385" w:rsidP="005C015B">
            <w:pPr>
              <w:pStyle w:val="Odsekzoznamu"/>
              <w:numPr>
                <w:ilvl w:val="0"/>
                <w:numId w:val="23"/>
              </w:numPr>
              <w:ind w:left="314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C015B">
              <w:rPr>
                <w:rFonts w:ascii="Arial" w:hAnsi="Arial" w:cs="Arial"/>
                <w:sz w:val="18"/>
                <w:szCs w:val="18"/>
                <w:lang w:val="en-GB"/>
              </w:rPr>
              <w:t xml:space="preserve">Fill in </w:t>
            </w:r>
            <w:r w:rsidRPr="005C015B">
              <w:rPr>
                <w:rFonts w:ascii="Arial" w:hAnsi="Arial" w:cs="Arial"/>
                <w:sz w:val="18"/>
                <w:szCs w:val="18"/>
                <w:lang w:val="en-GB" w:eastAsia="sk-SK"/>
              </w:rPr>
              <w:t>1 form for 1 participant</w:t>
            </w:r>
            <w:r w:rsidRPr="005C015B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</w:p>
          <w:p w14:paraId="6B9B1469" w14:textId="1C13C68E" w:rsidR="00CD4385" w:rsidRPr="005C015B" w:rsidRDefault="00CD4385" w:rsidP="005C015B">
            <w:pPr>
              <w:pStyle w:val="Odsekzoznamu"/>
              <w:numPr>
                <w:ilvl w:val="0"/>
                <w:numId w:val="23"/>
              </w:numPr>
              <w:ind w:left="314"/>
              <w:rPr>
                <w:rFonts w:ascii="Arial" w:hAnsi="Arial" w:cs="Arial"/>
                <w:sz w:val="18"/>
                <w:szCs w:val="18"/>
                <w:lang w:val="en-GB" w:eastAsia="ja-JP"/>
              </w:rPr>
            </w:pPr>
            <w:r w:rsidRPr="005C015B">
              <w:rPr>
                <w:rFonts w:ascii="Arial" w:hAnsi="Arial" w:cs="Arial"/>
                <w:sz w:val="18"/>
                <w:szCs w:val="18"/>
                <w:lang w:val="en-GB" w:eastAsia="ja-JP"/>
              </w:rPr>
              <w:t xml:space="preserve">Please </w:t>
            </w:r>
            <w:r w:rsidRPr="005C015B">
              <w:rPr>
                <w:rFonts w:ascii="Arial" w:hAnsi="Arial" w:cs="Arial"/>
                <w:b/>
                <w:sz w:val="18"/>
                <w:szCs w:val="18"/>
                <w:lang w:val="en-GB" w:eastAsia="ja-JP"/>
              </w:rPr>
              <w:t>fill in</w:t>
            </w:r>
            <w:r w:rsidRPr="005C015B">
              <w:rPr>
                <w:rFonts w:ascii="Arial" w:hAnsi="Arial" w:cs="Arial"/>
                <w:sz w:val="18"/>
                <w:szCs w:val="18"/>
                <w:lang w:val="en-GB" w:eastAsia="ja-JP"/>
              </w:rPr>
              <w:t xml:space="preserve"> the yellow fields </w:t>
            </w:r>
            <w:r w:rsidRPr="005C015B">
              <w:rPr>
                <w:rFonts w:ascii="Arial" w:hAnsi="Arial" w:cs="Arial"/>
                <w:sz w:val="20"/>
                <w:szCs w:val="20"/>
                <w:lang w:val="en-GB"/>
              </w:rPr>
              <w:t xml:space="preserve">only or mark with an </w:t>
            </w:r>
            <w:r w:rsidRPr="005C015B">
              <w:rPr>
                <w:rFonts w:ascii="Arial" w:hAnsi="Arial" w:cs="Arial"/>
                <w:b/>
                <w:sz w:val="20"/>
                <w:szCs w:val="20"/>
                <w:lang w:val="en-GB"/>
              </w:rPr>
              <w:t>X</w:t>
            </w:r>
          </w:p>
          <w:p w14:paraId="376AF6D5" w14:textId="508740C8" w:rsidR="00CD4385" w:rsidRPr="005C015B" w:rsidRDefault="00CD4385" w:rsidP="005C015B">
            <w:pPr>
              <w:pStyle w:val="Odsekzoznamu"/>
              <w:numPr>
                <w:ilvl w:val="0"/>
                <w:numId w:val="23"/>
              </w:numPr>
              <w:ind w:left="314"/>
              <w:rPr>
                <w:rFonts w:ascii="Garamond" w:hAnsi="Garamond" w:cs="Arial"/>
                <w:sz w:val="18"/>
                <w:szCs w:val="18"/>
                <w:u w:val="single"/>
                <w:lang w:val="sk-SK" w:eastAsia="sk-SK"/>
              </w:rPr>
            </w:pPr>
            <w:r w:rsidRPr="005C015B">
              <w:rPr>
                <w:rFonts w:ascii="Arial" w:hAnsi="Arial" w:cs="Arial"/>
                <w:sz w:val="18"/>
                <w:szCs w:val="18"/>
                <w:lang w:val="en-GB"/>
              </w:rPr>
              <w:t xml:space="preserve">Send this form to: </w:t>
            </w:r>
            <w:hyperlink r:id="rId8" w:history="1">
              <w:r w:rsidRPr="005C015B">
                <w:rPr>
                  <w:rStyle w:val="Hypertextovprepojenie"/>
                  <w:rFonts w:ascii="Arial" w:hAnsi="Arial" w:cs="Arial"/>
                  <w:sz w:val="18"/>
                  <w:szCs w:val="18"/>
                  <w:lang w:val="en-GB"/>
                </w:rPr>
                <w:t>i</w:t>
              </w:r>
              <w:r w:rsidRPr="005C015B">
                <w:rPr>
                  <w:rStyle w:val="Hypertextovprepojenie"/>
                  <w:rFonts w:ascii="Arial" w:hAnsi="Arial"/>
                  <w:sz w:val="18"/>
                  <w:szCs w:val="18"/>
                </w:rPr>
                <w:t>nternational</w:t>
              </w:r>
              <w:r w:rsidRPr="005C015B">
                <w:rPr>
                  <w:rStyle w:val="Hypertextovprepojenie"/>
                  <w:rFonts w:ascii="Arial" w:hAnsi="Arial" w:cs="Arial"/>
                  <w:sz w:val="18"/>
                  <w:szCs w:val="18"/>
                  <w:lang w:val="en-GB"/>
                </w:rPr>
                <w:t>@aos.sk</w:t>
              </w:r>
            </w:hyperlink>
          </w:p>
          <w:p w14:paraId="2E2699A0" w14:textId="77777777" w:rsidR="00CD4385" w:rsidRDefault="00CD4385" w:rsidP="002542D5">
            <w:pPr>
              <w:rPr>
                <w:rFonts w:ascii="Arial" w:hAnsi="Arial" w:cs="Arial"/>
                <w:sz w:val="18"/>
                <w:szCs w:val="18"/>
                <w:lang w:val="en-GB" w:eastAsia="ja-JP"/>
              </w:rPr>
            </w:pPr>
          </w:p>
          <w:p w14:paraId="1D8C186E" w14:textId="27CD1638" w:rsidR="00CD4385" w:rsidRPr="001F4C9B" w:rsidRDefault="00CD4385" w:rsidP="002542D5">
            <w:pPr>
              <w:rPr>
                <w:rFonts w:ascii="Garamond" w:hAnsi="Garamond" w:cs="Arial"/>
                <w:sz w:val="18"/>
                <w:szCs w:val="18"/>
                <w:u w:val="single"/>
                <w:lang w:val="sk-SK" w:eastAsia="sk-SK"/>
              </w:rPr>
            </w:pPr>
            <w:r w:rsidRPr="001F4C9B">
              <w:rPr>
                <w:rFonts w:ascii="Arial" w:hAnsi="Arial" w:cs="Arial"/>
                <w:sz w:val="18"/>
                <w:szCs w:val="18"/>
                <w:lang w:val="en-GB" w:eastAsia="ja-JP"/>
              </w:rPr>
              <w:t xml:space="preserve">See also: </w:t>
            </w:r>
            <w:hyperlink r:id="rId9" w:history="1">
              <w:r w:rsidR="00B04D0A" w:rsidRPr="00B04D0A">
                <w:rPr>
                  <w:rStyle w:val="Hypertextovprepojenie"/>
                  <w:rFonts w:ascii="Arial" w:hAnsi="Arial" w:cs="Arial"/>
                  <w:sz w:val="18"/>
                  <w:szCs w:val="18"/>
                </w:rPr>
                <w:t>https://weblm.aos.sk/en/article/erasmus-bip-military-close-combat-course</w:t>
              </w:r>
            </w:hyperlink>
            <w:r w:rsidR="00B04D0A" w:rsidRPr="00B04D0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04D0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04D0A">
              <w:rPr>
                <w:rFonts w:ascii="Arial" w:hAnsi="Arial" w:cs="Arial"/>
                <w:sz w:val="18"/>
                <w:szCs w:val="18"/>
                <w:lang w:val="en-GB" w:eastAsia="ja-JP"/>
              </w:rPr>
              <w:t xml:space="preserve"> </w:t>
            </w:r>
          </w:p>
        </w:tc>
        <w:tc>
          <w:tcPr>
            <w:tcW w:w="4536" w:type="dxa"/>
          </w:tcPr>
          <w:p w14:paraId="10800D53" w14:textId="0D1A9D6D" w:rsidR="00CD4385" w:rsidRPr="001F4C9B" w:rsidRDefault="00CD4385" w:rsidP="002542D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I want to participate in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the:</w:t>
            </w:r>
          </w:p>
        </w:tc>
      </w:tr>
      <w:tr w:rsidR="00CD4385" w14:paraId="0EFCFFA4" w14:textId="77777777" w:rsidTr="005C015B">
        <w:tc>
          <w:tcPr>
            <w:tcW w:w="4962" w:type="dxa"/>
            <w:vMerge/>
            <w:tcBorders>
              <w:bottom w:val="single" w:sz="4" w:space="0" w:color="auto"/>
            </w:tcBorders>
          </w:tcPr>
          <w:p w14:paraId="4A9A770E" w14:textId="77777777" w:rsidR="00CD4385" w:rsidRPr="00996139" w:rsidRDefault="00CD4385" w:rsidP="002542D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FFFF99"/>
          </w:tcPr>
          <w:p w14:paraId="4302C90B" w14:textId="77777777" w:rsidR="00CD4385" w:rsidRPr="00CD4385" w:rsidRDefault="00CD4385" w:rsidP="00CD438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GB" w:eastAsia="sk-SK"/>
              </w:rPr>
            </w:pPr>
            <w:r w:rsidRPr="00CD4385">
              <w:rPr>
                <w:rFonts w:ascii="Arial" w:hAnsi="Arial" w:cs="Arial"/>
                <w:b/>
                <w:bCs/>
                <w:sz w:val="28"/>
                <w:szCs w:val="28"/>
                <w:lang w:val="en-GB" w:eastAsia="sk-SK"/>
              </w:rPr>
              <w:t>BIP</w:t>
            </w:r>
          </w:p>
          <w:p w14:paraId="3ED24B94" w14:textId="77777777" w:rsidR="00CD4385" w:rsidRPr="00CD4385" w:rsidRDefault="00CD4385" w:rsidP="00CD438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GB" w:eastAsia="sk-SK"/>
              </w:rPr>
            </w:pPr>
            <w:r w:rsidRPr="00CD4385">
              <w:rPr>
                <w:rFonts w:ascii="Arial" w:hAnsi="Arial" w:cs="Arial"/>
                <w:b/>
                <w:bCs/>
                <w:sz w:val="28"/>
                <w:szCs w:val="28"/>
                <w:lang w:val="en-GB" w:eastAsia="sk-SK"/>
              </w:rPr>
              <w:t>MILITARY CLOSE COMBAT COURSE</w:t>
            </w:r>
          </w:p>
          <w:p w14:paraId="22D636B2" w14:textId="02C6EF49" w:rsidR="00CD4385" w:rsidRDefault="00CD4385" w:rsidP="005C015B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C015B">
              <w:rPr>
                <w:rFonts w:ascii="Garamond" w:hAnsi="Garamond" w:cs="Arial"/>
                <w:b/>
                <w:bCs/>
                <w:color w:val="EE0000"/>
                <w:sz w:val="28"/>
                <w:szCs w:val="28"/>
                <w:lang w:val="en-GB" w:eastAsia="sk-SK"/>
              </w:rPr>
              <w:t>18</w:t>
            </w:r>
            <w:r w:rsidRPr="005C015B">
              <w:rPr>
                <w:rFonts w:ascii="Garamond" w:hAnsi="Garamond" w:cs="Arial"/>
                <w:b/>
                <w:bCs/>
                <w:color w:val="EE0000"/>
                <w:sz w:val="28"/>
                <w:szCs w:val="28"/>
                <w:vertAlign w:val="superscript"/>
                <w:lang w:val="en-GB" w:eastAsia="sk-SK"/>
              </w:rPr>
              <w:t>th</w:t>
            </w:r>
            <w:r w:rsidRPr="005C015B">
              <w:rPr>
                <w:rFonts w:ascii="Garamond" w:hAnsi="Garamond" w:cs="Arial"/>
                <w:b/>
                <w:bCs/>
                <w:color w:val="EE0000"/>
                <w:sz w:val="28"/>
                <w:szCs w:val="28"/>
                <w:lang w:val="en-GB" w:eastAsia="sk-SK"/>
              </w:rPr>
              <w:t xml:space="preserve"> – 22</w:t>
            </w:r>
            <w:r w:rsidRPr="005C015B">
              <w:rPr>
                <w:rFonts w:ascii="Garamond" w:hAnsi="Garamond" w:cs="Arial"/>
                <w:b/>
                <w:bCs/>
                <w:color w:val="EE0000"/>
                <w:sz w:val="28"/>
                <w:szCs w:val="28"/>
                <w:vertAlign w:val="superscript"/>
                <w:lang w:val="en-GB" w:eastAsia="sk-SK"/>
              </w:rPr>
              <w:t>nd</w:t>
            </w:r>
            <w:r w:rsidRPr="005C015B">
              <w:rPr>
                <w:rFonts w:ascii="Garamond" w:hAnsi="Garamond" w:cs="Arial"/>
                <w:b/>
                <w:bCs/>
                <w:color w:val="EE0000"/>
                <w:sz w:val="28"/>
                <w:szCs w:val="28"/>
                <w:lang w:val="en-GB" w:eastAsia="sk-SK"/>
              </w:rPr>
              <w:t xml:space="preserve"> January 2027</w:t>
            </w:r>
            <w:r w:rsidR="005C015B" w:rsidRPr="005C015B">
              <w:rPr>
                <w:rFonts w:ascii="Garamond" w:hAnsi="Garamond" w:cs="Arial"/>
                <w:b/>
                <w:bCs/>
                <w:color w:val="EE0000"/>
                <w:sz w:val="28"/>
                <w:szCs w:val="28"/>
                <w:lang w:val="en-GB" w:eastAsia="sk-SK"/>
              </w:rPr>
              <w:t>*</w:t>
            </w:r>
          </w:p>
        </w:tc>
      </w:tr>
    </w:tbl>
    <w:p w14:paraId="5A794765" w14:textId="7EC0EEB2" w:rsidR="00C31856" w:rsidRDefault="00C31856" w:rsidP="0036167B">
      <w:pPr>
        <w:tabs>
          <w:tab w:val="left" w:pos="5670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en-GB" w:eastAsia="sk-SK"/>
        </w:rPr>
      </w:pPr>
    </w:p>
    <w:tbl>
      <w:tblPr>
        <w:tblStyle w:val="Mriekatabuky"/>
        <w:tblW w:w="9498" w:type="dxa"/>
        <w:tblInd w:w="-147" w:type="dxa"/>
        <w:tblLook w:val="04A0" w:firstRow="1" w:lastRow="0" w:firstColumn="1" w:lastColumn="0" w:noHBand="0" w:noVBand="1"/>
      </w:tblPr>
      <w:tblGrid>
        <w:gridCol w:w="1560"/>
        <w:gridCol w:w="1520"/>
        <w:gridCol w:w="2988"/>
        <w:gridCol w:w="3430"/>
      </w:tblGrid>
      <w:tr w:rsidR="0036167B" w14:paraId="5B3EF67C" w14:textId="77777777" w:rsidTr="002542D5">
        <w:trPr>
          <w:trHeight w:val="438"/>
        </w:trPr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49977A2F" w14:textId="77777777" w:rsidR="0036167B" w:rsidRPr="00635655" w:rsidRDefault="0036167B" w:rsidP="006356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1520" w:type="dxa"/>
            <w:tcBorders>
              <w:top w:val="single" w:sz="4" w:space="0" w:color="auto"/>
            </w:tcBorders>
            <w:vAlign w:val="center"/>
          </w:tcPr>
          <w:p w14:paraId="533739FC" w14:textId="77777777" w:rsidR="0036167B" w:rsidRPr="00635655" w:rsidRDefault="0036167B" w:rsidP="006356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Rank</w:t>
            </w:r>
          </w:p>
        </w:tc>
        <w:tc>
          <w:tcPr>
            <w:tcW w:w="2988" w:type="dxa"/>
            <w:tcBorders>
              <w:top w:val="single" w:sz="4" w:space="0" w:color="auto"/>
            </w:tcBorders>
            <w:vAlign w:val="center"/>
          </w:tcPr>
          <w:p w14:paraId="08B85B62" w14:textId="77777777" w:rsidR="0036167B" w:rsidRPr="00635655" w:rsidRDefault="0036167B" w:rsidP="006356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Family name / Surname</w:t>
            </w:r>
          </w:p>
        </w:tc>
        <w:tc>
          <w:tcPr>
            <w:tcW w:w="3430" w:type="dxa"/>
            <w:tcBorders>
              <w:top w:val="single" w:sz="4" w:space="0" w:color="auto"/>
            </w:tcBorders>
            <w:vAlign w:val="center"/>
          </w:tcPr>
          <w:p w14:paraId="2396621F" w14:textId="77777777" w:rsidR="0036167B" w:rsidRPr="00635655" w:rsidRDefault="0036167B" w:rsidP="006356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First name / Given name</w:t>
            </w:r>
          </w:p>
        </w:tc>
      </w:tr>
      <w:tr w:rsidR="0036167B" w14:paraId="2E548B4D" w14:textId="77777777" w:rsidTr="000A1ADA">
        <w:trPr>
          <w:trHeight w:val="343"/>
        </w:trPr>
        <w:tc>
          <w:tcPr>
            <w:tcW w:w="1560" w:type="dxa"/>
            <w:shd w:val="clear" w:color="auto" w:fill="FFFF99"/>
          </w:tcPr>
          <w:p w14:paraId="1982C7DE" w14:textId="77777777" w:rsidR="0036167B" w:rsidRPr="00996139" w:rsidRDefault="0036167B" w:rsidP="002542D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1520" w:type="dxa"/>
            <w:shd w:val="clear" w:color="auto" w:fill="FFFF99"/>
          </w:tcPr>
          <w:p w14:paraId="493A5ACD" w14:textId="77777777" w:rsidR="0036167B" w:rsidRPr="00996139" w:rsidRDefault="0036167B" w:rsidP="002542D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2988" w:type="dxa"/>
            <w:shd w:val="clear" w:color="auto" w:fill="FFFF99"/>
          </w:tcPr>
          <w:p w14:paraId="5EBA4B6E" w14:textId="77777777" w:rsidR="0036167B" w:rsidRDefault="0036167B" w:rsidP="002542D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430" w:type="dxa"/>
            <w:shd w:val="clear" w:color="auto" w:fill="FFFF99"/>
          </w:tcPr>
          <w:p w14:paraId="2BEC9673" w14:textId="77777777" w:rsidR="0036167B" w:rsidRDefault="0036167B" w:rsidP="002542D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3E945215" w14:textId="77777777" w:rsidR="0036167B" w:rsidRDefault="0036167B" w:rsidP="00456341">
      <w:pPr>
        <w:tabs>
          <w:tab w:val="left" w:pos="5670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en-GB" w:eastAsia="sk-SK"/>
        </w:rPr>
      </w:pPr>
    </w:p>
    <w:tbl>
      <w:tblPr>
        <w:tblStyle w:val="Mriekatabuky"/>
        <w:tblW w:w="9498" w:type="dxa"/>
        <w:tblInd w:w="-147" w:type="dxa"/>
        <w:tblLook w:val="04A0" w:firstRow="1" w:lastRow="0" w:firstColumn="1" w:lastColumn="0" w:noHBand="0" w:noVBand="1"/>
      </w:tblPr>
      <w:tblGrid>
        <w:gridCol w:w="2127"/>
        <w:gridCol w:w="1984"/>
        <w:gridCol w:w="2835"/>
        <w:gridCol w:w="2552"/>
      </w:tblGrid>
      <w:tr w:rsidR="0036167B" w14:paraId="1337C41D" w14:textId="77777777" w:rsidTr="008B245C">
        <w:trPr>
          <w:trHeight w:val="438"/>
        </w:trPr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2F8FAB2D" w14:textId="1C88E4FF" w:rsidR="0036167B" w:rsidRPr="00635655" w:rsidRDefault="0036167B" w:rsidP="006356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Date of birth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35A69B50" w14:textId="1F2F4F4E" w:rsidR="0036167B" w:rsidRPr="00635655" w:rsidRDefault="0036167B" w:rsidP="006356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Nationality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53A12E38" w14:textId="02EB15FF" w:rsidR="0036167B" w:rsidRPr="00635655" w:rsidRDefault="0036167B" w:rsidP="006356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Passport (ID) number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6976F23C" w14:textId="5D8EF624" w:rsidR="0036167B" w:rsidRPr="00635655" w:rsidRDefault="0036167B" w:rsidP="006356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Passport validity until</w:t>
            </w:r>
          </w:p>
        </w:tc>
      </w:tr>
      <w:tr w:rsidR="0036167B" w14:paraId="6F296CC3" w14:textId="77777777" w:rsidTr="000A1ADA">
        <w:trPr>
          <w:trHeight w:val="343"/>
        </w:trPr>
        <w:tc>
          <w:tcPr>
            <w:tcW w:w="2127" w:type="dxa"/>
            <w:shd w:val="clear" w:color="auto" w:fill="FFFF99"/>
          </w:tcPr>
          <w:p w14:paraId="5D6B379E" w14:textId="77777777" w:rsidR="0036167B" w:rsidRPr="00996139" w:rsidRDefault="0036167B" w:rsidP="002542D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1984" w:type="dxa"/>
            <w:shd w:val="clear" w:color="auto" w:fill="FFFF99"/>
          </w:tcPr>
          <w:p w14:paraId="7541933E" w14:textId="77777777" w:rsidR="0036167B" w:rsidRPr="00996139" w:rsidRDefault="0036167B" w:rsidP="002542D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2835" w:type="dxa"/>
            <w:shd w:val="clear" w:color="auto" w:fill="FFFF99"/>
          </w:tcPr>
          <w:p w14:paraId="6FBAB279" w14:textId="77777777" w:rsidR="0036167B" w:rsidRDefault="0036167B" w:rsidP="002542D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552" w:type="dxa"/>
            <w:shd w:val="clear" w:color="auto" w:fill="FFFF99"/>
          </w:tcPr>
          <w:p w14:paraId="685DBD06" w14:textId="77777777" w:rsidR="0036167B" w:rsidRDefault="0036167B" w:rsidP="002542D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76528A58" w14:textId="77777777" w:rsidR="0036167B" w:rsidRDefault="0036167B" w:rsidP="00456341">
      <w:pPr>
        <w:tabs>
          <w:tab w:val="left" w:pos="5670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en-GB" w:eastAsia="sk-SK"/>
        </w:rPr>
      </w:pPr>
    </w:p>
    <w:tbl>
      <w:tblPr>
        <w:tblStyle w:val="Mriekatabuky"/>
        <w:tblW w:w="9498" w:type="dxa"/>
        <w:tblInd w:w="-147" w:type="dxa"/>
        <w:tblLook w:val="04A0" w:firstRow="1" w:lastRow="0" w:firstColumn="1" w:lastColumn="0" w:noHBand="0" w:noVBand="1"/>
      </w:tblPr>
      <w:tblGrid>
        <w:gridCol w:w="2127"/>
        <w:gridCol w:w="4394"/>
        <w:gridCol w:w="1418"/>
        <w:gridCol w:w="1559"/>
      </w:tblGrid>
      <w:tr w:rsidR="008B245C" w14:paraId="5CE6A16A" w14:textId="77777777" w:rsidTr="00456341">
        <w:trPr>
          <w:trHeight w:val="438"/>
        </w:trPr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0CA348C5" w14:textId="77777777" w:rsidR="00635655" w:rsidRPr="00635655" w:rsidRDefault="008B245C" w:rsidP="0063565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Branch of Service </w:t>
            </w:r>
          </w:p>
          <w:p w14:paraId="3A1E3328" w14:textId="0FB778D5" w:rsidR="008B245C" w:rsidRPr="00996139" w:rsidRDefault="008B245C" w:rsidP="00635655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(if available)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center"/>
          </w:tcPr>
          <w:p w14:paraId="339D4DFD" w14:textId="155A877C" w:rsidR="008B245C" w:rsidRPr="00635655" w:rsidRDefault="008B245C" w:rsidP="006356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Sending institution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  <w:vAlign w:val="center"/>
          </w:tcPr>
          <w:p w14:paraId="1EDE9AD5" w14:textId="72EDEE00" w:rsidR="008B245C" w:rsidRPr="00635655" w:rsidRDefault="008B245C" w:rsidP="0045634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 want to participate as</w:t>
            </w:r>
          </w:p>
        </w:tc>
      </w:tr>
      <w:tr w:rsidR="00456341" w14:paraId="4152A613" w14:textId="77777777" w:rsidTr="000A1ADA">
        <w:trPr>
          <w:trHeight w:val="343"/>
        </w:trPr>
        <w:tc>
          <w:tcPr>
            <w:tcW w:w="2127" w:type="dxa"/>
            <w:vMerge w:val="restart"/>
            <w:shd w:val="clear" w:color="auto" w:fill="FFFF99"/>
          </w:tcPr>
          <w:p w14:paraId="16CB36A7" w14:textId="77777777" w:rsidR="00456341" w:rsidRPr="00996139" w:rsidRDefault="00456341" w:rsidP="002542D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4394" w:type="dxa"/>
            <w:vMerge w:val="restart"/>
            <w:shd w:val="clear" w:color="auto" w:fill="FFFF99"/>
          </w:tcPr>
          <w:p w14:paraId="0CFC61AA" w14:textId="77777777" w:rsidR="00456341" w:rsidRPr="00996139" w:rsidRDefault="00456341" w:rsidP="002542D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1418" w:type="dxa"/>
          </w:tcPr>
          <w:p w14:paraId="493B64B0" w14:textId="7A7BA9B0" w:rsidR="00456341" w:rsidRPr="00635655" w:rsidRDefault="00456341" w:rsidP="0045634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Cadet</w:t>
            </w:r>
          </w:p>
        </w:tc>
        <w:tc>
          <w:tcPr>
            <w:tcW w:w="1559" w:type="dxa"/>
          </w:tcPr>
          <w:p w14:paraId="06929B0B" w14:textId="6313C2C3" w:rsidR="00456341" w:rsidRPr="00635655" w:rsidRDefault="00456341" w:rsidP="0045634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Observer</w:t>
            </w:r>
          </w:p>
        </w:tc>
      </w:tr>
      <w:tr w:rsidR="00456341" w14:paraId="34FBE09F" w14:textId="77777777" w:rsidTr="000A1ADA">
        <w:trPr>
          <w:trHeight w:val="343"/>
        </w:trPr>
        <w:tc>
          <w:tcPr>
            <w:tcW w:w="2127" w:type="dxa"/>
            <w:vMerge/>
            <w:shd w:val="clear" w:color="auto" w:fill="FFFF99"/>
          </w:tcPr>
          <w:p w14:paraId="39106C05" w14:textId="77777777" w:rsidR="00456341" w:rsidRPr="00996139" w:rsidRDefault="00456341" w:rsidP="002542D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4394" w:type="dxa"/>
            <w:vMerge/>
            <w:shd w:val="clear" w:color="auto" w:fill="FFFF99"/>
          </w:tcPr>
          <w:p w14:paraId="460CC71F" w14:textId="77777777" w:rsidR="00456341" w:rsidRPr="00996139" w:rsidRDefault="00456341" w:rsidP="002542D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1418" w:type="dxa"/>
            <w:shd w:val="clear" w:color="auto" w:fill="FFFF99"/>
          </w:tcPr>
          <w:p w14:paraId="733FB8CA" w14:textId="1448ACEC" w:rsidR="00456341" w:rsidRDefault="00456341" w:rsidP="00456341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559" w:type="dxa"/>
            <w:shd w:val="clear" w:color="auto" w:fill="FFFF99"/>
          </w:tcPr>
          <w:p w14:paraId="6EA116FD" w14:textId="0D047FB9" w:rsidR="00456341" w:rsidRDefault="00456341" w:rsidP="00456341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</w:tr>
    </w:tbl>
    <w:p w14:paraId="223C412F" w14:textId="77777777" w:rsidR="0036167B" w:rsidRDefault="0036167B" w:rsidP="000A1ADA">
      <w:pPr>
        <w:tabs>
          <w:tab w:val="left" w:pos="5670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en-GB" w:eastAsia="sk-SK"/>
        </w:rPr>
      </w:pPr>
    </w:p>
    <w:tbl>
      <w:tblPr>
        <w:tblStyle w:val="Mriekatabuky"/>
        <w:tblW w:w="9498" w:type="dxa"/>
        <w:tblInd w:w="-147" w:type="dxa"/>
        <w:tblLook w:val="04A0" w:firstRow="1" w:lastRow="0" w:firstColumn="1" w:lastColumn="0" w:noHBand="0" w:noVBand="1"/>
      </w:tblPr>
      <w:tblGrid>
        <w:gridCol w:w="4678"/>
        <w:gridCol w:w="2410"/>
        <w:gridCol w:w="2410"/>
      </w:tblGrid>
      <w:tr w:rsidR="000A1ADA" w14:paraId="177DD313" w14:textId="77777777" w:rsidTr="000A1ADA">
        <w:trPr>
          <w:trHeight w:val="321"/>
        </w:trPr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14:paraId="376F0A9B" w14:textId="2D3CE32A" w:rsidR="000A1ADA" w:rsidRPr="00996139" w:rsidRDefault="000A1ADA" w:rsidP="00635655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Phone number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635655">
              <w:rPr>
                <w:rFonts w:ascii="Arial" w:hAnsi="Arial" w:cs="Arial"/>
                <w:sz w:val="18"/>
                <w:szCs w:val="18"/>
                <w:lang w:val="en-GB"/>
              </w:rPr>
              <w:t>(preferably mobile phone number)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48E1BF89" w14:textId="14BE37CF" w:rsidR="000A1ADA" w:rsidRPr="00635655" w:rsidRDefault="000A1ADA" w:rsidP="006356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E-mail</w:t>
            </w:r>
          </w:p>
        </w:tc>
      </w:tr>
      <w:tr w:rsidR="000A1ADA" w14:paraId="4C4E05D5" w14:textId="77777777" w:rsidTr="000A1ADA">
        <w:trPr>
          <w:trHeight w:val="343"/>
        </w:trPr>
        <w:tc>
          <w:tcPr>
            <w:tcW w:w="4678" w:type="dxa"/>
            <w:shd w:val="clear" w:color="auto" w:fill="FFFF99"/>
          </w:tcPr>
          <w:p w14:paraId="0134EC43" w14:textId="77777777" w:rsidR="000A1ADA" w:rsidRPr="00996139" w:rsidRDefault="000A1ADA" w:rsidP="00723181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4820" w:type="dxa"/>
            <w:gridSpan w:val="2"/>
            <w:shd w:val="clear" w:color="auto" w:fill="FFFF99"/>
          </w:tcPr>
          <w:p w14:paraId="68DEF446" w14:textId="77777777" w:rsidR="000A1ADA" w:rsidRDefault="000A1ADA" w:rsidP="0072318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0A1ADA" w14:paraId="36B44301" w14:textId="77777777" w:rsidTr="006F230D">
        <w:trPr>
          <w:trHeight w:val="343"/>
        </w:trPr>
        <w:tc>
          <w:tcPr>
            <w:tcW w:w="7088" w:type="dxa"/>
            <w:gridSpan w:val="2"/>
          </w:tcPr>
          <w:p w14:paraId="348EE199" w14:textId="77777777" w:rsidR="000A1ADA" w:rsidRPr="00635655" w:rsidRDefault="000A1ADA" w:rsidP="006356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Postal address</w:t>
            </w:r>
          </w:p>
        </w:tc>
        <w:tc>
          <w:tcPr>
            <w:tcW w:w="2410" w:type="dxa"/>
            <w:shd w:val="clear" w:color="auto" w:fill="E5B8B7" w:themeFill="accent2" w:themeFillTint="66"/>
          </w:tcPr>
          <w:p w14:paraId="3B89F622" w14:textId="02918FC2" w:rsidR="000A1ADA" w:rsidRPr="00635655" w:rsidRDefault="000A1ADA" w:rsidP="006356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T-shirt size</w:t>
            </w:r>
          </w:p>
        </w:tc>
      </w:tr>
      <w:tr w:rsidR="000A1ADA" w14:paraId="0BBC567F" w14:textId="77777777" w:rsidTr="000A1ADA">
        <w:trPr>
          <w:trHeight w:val="343"/>
        </w:trPr>
        <w:tc>
          <w:tcPr>
            <w:tcW w:w="7088" w:type="dxa"/>
            <w:gridSpan w:val="2"/>
            <w:shd w:val="clear" w:color="auto" w:fill="FFFF99"/>
          </w:tcPr>
          <w:p w14:paraId="0AE0C0A4" w14:textId="77777777" w:rsidR="000A1ADA" w:rsidRDefault="000A1ADA" w:rsidP="0072318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shd w:val="clear" w:color="auto" w:fill="FFFF99"/>
          </w:tcPr>
          <w:p w14:paraId="4688DE13" w14:textId="6CFEED41" w:rsidR="000A1ADA" w:rsidRDefault="000A1ADA" w:rsidP="0072318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6513498B" w14:textId="77777777" w:rsidR="00456341" w:rsidRDefault="00456341" w:rsidP="00635655">
      <w:pPr>
        <w:tabs>
          <w:tab w:val="left" w:pos="5670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en-GB" w:eastAsia="sk-SK"/>
        </w:rPr>
      </w:pPr>
    </w:p>
    <w:tbl>
      <w:tblPr>
        <w:tblStyle w:val="Mriekatabuky"/>
        <w:tblW w:w="9498" w:type="dxa"/>
        <w:tblInd w:w="-147" w:type="dxa"/>
        <w:tblLook w:val="04A0" w:firstRow="1" w:lastRow="0" w:firstColumn="1" w:lastColumn="0" w:noHBand="0" w:noVBand="1"/>
      </w:tblPr>
      <w:tblGrid>
        <w:gridCol w:w="1963"/>
        <w:gridCol w:w="1298"/>
        <w:gridCol w:w="850"/>
        <w:gridCol w:w="851"/>
        <w:gridCol w:w="992"/>
        <w:gridCol w:w="1134"/>
        <w:gridCol w:w="1134"/>
        <w:gridCol w:w="1276"/>
      </w:tblGrid>
      <w:tr w:rsidR="00635655" w14:paraId="307E8D8B" w14:textId="77777777" w:rsidTr="009F178D">
        <w:trPr>
          <w:trHeight w:val="438"/>
        </w:trPr>
        <w:tc>
          <w:tcPr>
            <w:tcW w:w="1963" w:type="dxa"/>
            <w:tcBorders>
              <w:top w:val="single" w:sz="4" w:space="0" w:color="auto"/>
            </w:tcBorders>
            <w:vAlign w:val="center"/>
          </w:tcPr>
          <w:p w14:paraId="0B0207F1" w14:textId="7D7ACF83" w:rsidR="00635655" w:rsidRPr="00996139" w:rsidRDefault="00635655" w:rsidP="00635655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Arrival date to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Liptovský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Mikuláš</w:t>
            </w:r>
          </w:p>
        </w:tc>
        <w:tc>
          <w:tcPr>
            <w:tcW w:w="1298" w:type="dxa"/>
            <w:tcBorders>
              <w:top w:val="single" w:sz="4" w:space="0" w:color="auto"/>
            </w:tcBorders>
          </w:tcPr>
          <w:p w14:paraId="08C2D89D" w14:textId="39C62E4D" w:rsidR="00635655" w:rsidRDefault="00635655" w:rsidP="00635655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Arrival time</w:t>
            </w:r>
          </w:p>
          <w:p w14:paraId="3C060A7E" w14:textId="03D954FA" w:rsidR="00635655" w:rsidRPr="001B181F" w:rsidRDefault="00635655" w:rsidP="00635655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(if possible)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BB7F3CC" w14:textId="27A02BD4" w:rsidR="00635655" w:rsidRPr="001B181F" w:rsidRDefault="00635655" w:rsidP="00635655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By car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6807FC5" w14:textId="5570AF07" w:rsidR="00635655" w:rsidRPr="001B181F" w:rsidRDefault="00635655" w:rsidP="00635655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By bus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8CA77F3" w14:textId="68A7475B" w:rsidR="00635655" w:rsidRPr="001B181F" w:rsidRDefault="00635655" w:rsidP="00635655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By train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5A3CE7B" w14:textId="6DD5D5A6" w:rsidR="00635655" w:rsidRPr="001B181F" w:rsidRDefault="00635655" w:rsidP="00635655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By plane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</w:tcPr>
          <w:p w14:paraId="3DEAD03E" w14:textId="4B14CC98" w:rsidR="00635655" w:rsidRPr="001B181F" w:rsidRDefault="00635655" w:rsidP="00635655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Need pickup from airport in Vienna or Bratislava</w:t>
            </w:r>
          </w:p>
        </w:tc>
      </w:tr>
      <w:tr w:rsidR="00635655" w14:paraId="5E7AF967" w14:textId="77777777" w:rsidTr="002D0689">
        <w:trPr>
          <w:trHeight w:val="343"/>
        </w:trPr>
        <w:tc>
          <w:tcPr>
            <w:tcW w:w="1963" w:type="dxa"/>
            <w:shd w:val="clear" w:color="auto" w:fill="FFFF99"/>
          </w:tcPr>
          <w:p w14:paraId="0208ECA9" w14:textId="77777777" w:rsidR="00635655" w:rsidRPr="00996139" w:rsidRDefault="00635655" w:rsidP="0063565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1298" w:type="dxa"/>
            <w:shd w:val="clear" w:color="auto" w:fill="FFFF99"/>
          </w:tcPr>
          <w:p w14:paraId="36C9AA81" w14:textId="77777777" w:rsidR="00635655" w:rsidRPr="00996139" w:rsidRDefault="00635655" w:rsidP="0063565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850" w:type="dxa"/>
            <w:shd w:val="clear" w:color="auto" w:fill="FFFF99"/>
            <w:vAlign w:val="center"/>
          </w:tcPr>
          <w:p w14:paraId="0F7C2E9A" w14:textId="46BE2D72" w:rsidR="00635655" w:rsidRPr="00996139" w:rsidRDefault="00635655" w:rsidP="00635655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851" w:type="dxa"/>
            <w:shd w:val="clear" w:color="auto" w:fill="FFFF99"/>
            <w:vAlign w:val="center"/>
          </w:tcPr>
          <w:p w14:paraId="0AD1DD85" w14:textId="5EF77D47" w:rsidR="00635655" w:rsidRPr="00996139" w:rsidRDefault="00635655" w:rsidP="00635655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992" w:type="dxa"/>
            <w:shd w:val="clear" w:color="auto" w:fill="FFFF99"/>
            <w:vAlign w:val="center"/>
          </w:tcPr>
          <w:p w14:paraId="45155CC1" w14:textId="74695562" w:rsidR="00635655" w:rsidRPr="00996139" w:rsidRDefault="00635655" w:rsidP="00635655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134" w:type="dxa"/>
            <w:shd w:val="clear" w:color="auto" w:fill="FFFF99"/>
            <w:vAlign w:val="center"/>
          </w:tcPr>
          <w:p w14:paraId="0B19F2C0" w14:textId="3F72202A" w:rsidR="00635655" w:rsidRPr="00996139" w:rsidRDefault="00635655" w:rsidP="00635655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134" w:type="dxa"/>
            <w:shd w:val="clear" w:color="auto" w:fill="FFFF99"/>
            <w:vAlign w:val="center"/>
          </w:tcPr>
          <w:p w14:paraId="12F68124" w14:textId="48CC3D4F" w:rsidR="00635655" w:rsidRPr="00996139" w:rsidRDefault="00635655" w:rsidP="00635655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276" w:type="dxa"/>
            <w:shd w:val="clear" w:color="auto" w:fill="FFFF99"/>
            <w:vAlign w:val="center"/>
          </w:tcPr>
          <w:p w14:paraId="65065E79" w14:textId="5A7E4912" w:rsidR="00635655" w:rsidRPr="00996139" w:rsidRDefault="00635655" w:rsidP="00635655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</w:tr>
    </w:tbl>
    <w:p w14:paraId="5DB59E9D" w14:textId="77777777" w:rsidR="000A1ADA" w:rsidRDefault="000A1ADA" w:rsidP="00CD4385">
      <w:pPr>
        <w:tabs>
          <w:tab w:val="left" w:pos="5670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en-GB" w:eastAsia="sk-SK"/>
        </w:rPr>
      </w:pPr>
    </w:p>
    <w:tbl>
      <w:tblPr>
        <w:tblStyle w:val="Mriekatabuky"/>
        <w:tblW w:w="9498" w:type="dxa"/>
        <w:tblInd w:w="-147" w:type="dxa"/>
        <w:tblLook w:val="04A0" w:firstRow="1" w:lastRow="0" w:firstColumn="1" w:lastColumn="0" w:noHBand="0" w:noVBand="1"/>
      </w:tblPr>
      <w:tblGrid>
        <w:gridCol w:w="1963"/>
        <w:gridCol w:w="1298"/>
        <w:gridCol w:w="850"/>
        <w:gridCol w:w="851"/>
        <w:gridCol w:w="992"/>
        <w:gridCol w:w="1134"/>
        <w:gridCol w:w="1134"/>
        <w:gridCol w:w="1276"/>
      </w:tblGrid>
      <w:tr w:rsidR="00CD4385" w14:paraId="6B5C6F08" w14:textId="77777777" w:rsidTr="00723181">
        <w:trPr>
          <w:trHeight w:val="438"/>
        </w:trPr>
        <w:tc>
          <w:tcPr>
            <w:tcW w:w="1963" w:type="dxa"/>
            <w:tcBorders>
              <w:top w:val="single" w:sz="4" w:space="0" w:color="auto"/>
            </w:tcBorders>
            <w:vAlign w:val="center"/>
          </w:tcPr>
          <w:p w14:paraId="33351149" w14:textId="71243E72" w:rsidR="00CD4385" w:rsidRPr="00996139" w:rsidRDefault="00CD4385" w:rsidP="00723181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Departure date from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Lipt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>. Mikuláš</w:t>
            </w:r>
          </w:p>
        </w:tc>
        <w:tc>
          <w:tcPr>
            <w:tcW w:w="1298" w:type="dxa"/>
            <w:tcBorders>
              <w:top w:val="single" w:sz="4" w:space="0" w:color="auto"/>
            </w:tcBorders>
          </w:tcPr>
          <w:p w14:paraId="15E4FF14" w14:textId="625C00A0" w:rsidR="00CD4385" w:rsidRDefault="00CD4385" w:rsidP="00723181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Departure time</w:t>
            </w:r>
          </w:p>
          <w:p w14:paraId="0D1A68C7" w14:textId="77777777" w:rsidR="00CD4385" w:rsidRPr="001B181F" w:rsidRDefault="00CD4385" w:rsidP="00723181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(if possible)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9324AD9" w14:textId="77777777" w:rsidR="00CD4385" w:rsidRPr="001B181F" w:rsidRDefault="00CD4385" w:rsidP="00723181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By car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96E3549" w14:textId="77777777" w:rsidR="00CD4385" w:rsidRPr="001B181F" w:rsidRDefault="00CD4385" w:rsidP="00723181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By bus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3FEEBD1" w14:textId="77777777" w:rsidR="00CD4385" w:rsidRPr="001B181F" w:rsidRDefault="00CD4385" w:rsidP="00723181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By train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5A9708A" w14:textId="77777777" w:rsidR="00CD4385" w:rsidRPr="001B181F" w:rsidRDefault="00CD4385" w:rsidP="00723181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By plane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</w:tcPr>
          <w:p w14:paraId="304F4024" w14:textId="0570CB58" w:rsidR="00CD4385" w:rsidRPr="001B181F" w:rsidRDefault="00CD4385" w:rsidP="00723181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Need drop off to airport in Vienna or Bratislava</w:t>
            </w:r>
          </w:p>
        </w:tc>
      </w:tr>
      <w:tr w:rsidR="00CD4385" w14:paraId="6116DA7B" w14:textId="77777777" w:rsidTr="00723181">
        <w:trPr>
          <w:trHeight w:val="343"/>
        </w:trPr>
        <w:tc>
          <w:tcPr>
            <w:tcW w:w="1963" w:type="dxa"/>
            <w:shd w:val="clear" w:color="auto" w:fill="FFFF99"/>
          </w:tcPr>
          <w:p w14:paraId="541C6A76" w14:textId="77777777" w:rsidR="00CD4385" w:rsidRPr="00996139" w:rsidRDefault="00CD4385" w:rsidP="00723181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1298" w:type="dxa"/>
            <w:shd w:val="clear" w:color="auto" w:fill="FFFF99"/>
          </w:tcPr>
          <w:p w14:paraId="612D01B7" w14:textId="77777777" w:rsidR="00CD4385" w:rsidRPr="00996139" w:rsidRDefault="00CD4385" w:rsidP="00723181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850" w:type="dxa"/>
            <w:shd w:val="clear" w:color="auto" w:fill="FFFF99"/>
            <w:vAlign w:val="center"/>
          </w:tcPr>
          <w:p w14:paraId="16A7A2F3" w14:textId="77777777" w:rsidR="00CD4385" w:rsidRPr="00996139" w:rsidRDefault="00CD4385" w:rsidP="00723181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851" w:type="dxa"/>
            <w:shd w:val="clear" w:color="auto" w:fill="FFFF99"/>
            <w:vAlign w:val="center"/>
          </w:tcPr>
          <w:p w14:paraId="3822F31C" w14:textId="77777777" w:rsidR="00CD4385" w:rsidRPr="00996139" w:rsidRDefault="00CD4385" w:rsidP="00723181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992" w:type="dxa"/>
            <w:shd w:val="clear" w:color="auto" w:fill="FFFF99"/>
            <w:vAlign w:val="center"/>
          </w:tcPr>
          <w:p w14:paraId="2FD540CE" w14:textId="77777777" w:rsidR="00CD4385" w:rsidRPr="00996139" w:rsidRDefault="00CD4385" w:rsidP="00723181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134" w:type="dxa"/>
            <w:shd w:val="clear" w:color="auto" w:fill="FFFF99"/>
            <w:vAlign w:val="center"/>
          </w:tcPr>
          <w:p w14:paraId="2323EB31" w14:textId="77777777" w:rsidR="00CD4385" w:rsidRPr="00996139" w:rsidRDefault="00CD4385" w:rsidP="00723181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134" w:type="dxa"/>
            <w:shd w:val="clear" w:color="auto" w:fill="FFFF99"/>
            <w:vAlign w:val="center"/>
          </w:tcPr>
          <w:p w14:paraId="34026DCD" w14:textId="77777777" w:rsidR="00CD4385" w:rsidRPr="00996139" w:rsidRDefault="00CD4385" w:rsidP="00723181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276" w:type="dxa"/>
            <w:shd w:val="clear" w:color="auto" w:fill="FFFF99"/>
            <w:vAlign w:val="center"/>
          </w:tcPr>
          <w:p w14:paraId="5C3B1163" w14:textId="77777777" w:rsidR="00CD4385" w:rsidRPr="00996139" w:rsidRDefault="00CD4385" w:rsidP="00723181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</w:tr>
    </w:tbl>
    <w:p w14:paraId="26480002" w14:textId="77777777" w:rsidR="00CD4385" w:rsidRDefault="00CD4385" w:rsidP="00CD4385">
      <w:pPr>
        <w:tabs>
          <w:tab w:val="left" w:pos="5670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en-GB" w:eastAsia="sk-SK"/>
        </w:rPr>
      </w:pPr>
    </w:p>
    <w:tbl>
      <w:tblPr>
        <w:tblStyle w:val="Mriekatabuky"/>
        <w:tblW w:w="9498" w:type="dxa"/>
        <w:tblInd w:w="-147" w:type="dxa"/>
        <w:tblLook w:val="04A0" w:firstRow="1" w:lastRow="0" w:firstColumn="1" w:lastColumn="0" w:noHBand="0" w:noVBand="1"/>
      </w:tblPr>
      <w:tblGrid>
        <w:gridCol w:w="3080"/>
        <w:gridCol w:w="2988"/>
        <w:gridCol w:w="3430"/>
      </w:tblGrid>
      <w:tr w:rsidR="005C015B" w:rsidRPr="00635655" w14:paraId="620BAA7F" w14:textId="77777777" w:rsidTr="005C015B">
        <w:trPr>
          <w:trHeight w:val="183"/>
        </w:trPr>
        <w:tc>
          <w:tcPr>
            <w:tcW w:w="9498" w:type="dxa"/>
            <w:gridSpan w:val="3"/>
            <w:tcBorders>
              <w:top w:val="single" w:sz="4" w:space="0" w:color="auto"/>
            </w:tcBorders>
            <w:vAlign w:val="center"/>
          </w:tcPr>
          <w:p w14:paraId="48D3024A" w14:textId="294F5B4A" w:rsidR="005C015B" w:rsidRPr="006F230D" w:rsidRDefault="005C015B" w:rsidP="0072318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F23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Point of contact (POC) of sending institution</w:t>
            </w:r>
          </w:p>
        </w:tc>
      </w:tr>
      <w:tr w:rsidR="005C015B" w14:paraId="39A0E956" w14:textId="77777777" w:rsidTr="005C015B">
        <w:trPr>
          <w:trHeight w:val="343"/>
        </w:trPr>
        <w:tc>
          <w:tcPr>
            <w:tcW w:w="3080" w:type="dxa"/>
            <w:shd w:val="clear" w:color="auto" w:fill="FFFFFF" w:themeFill="background1"/>
            <w:vAlign w:val="center"/>
          </w:tcPr>
          <w:p w14:paraId="203BEF75" w14:textId="350F5632" w:rsidR="005C015B" w:rsidRPr="005C015B" w:rsidRDefault="005C015B" w:rsidP="005C015B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</w:pPr>
            <w:r w:rsidRPr="005C01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POC’s Name and rank</w:t>
            </w:r>
          </w:p>
        </w:tc>
        <w:tc>
          <w:tcPr>
            <w:tcW w:w="2988" w:type="dxa"/>
            <w:shd w:val="clear" w:color="auto" w:fill="FFFFFF" w:themeFill="background1"/>
            <w:vAlign w:val="center"/>
          </w:tcPr>
          <w:p w14:paraId="365E28C2" w14:textId="286A824C" w:rsidR="005C015B" w:rsidRPr="005C015B" w:rsidRDefault="005C015B" w:rsidP="005C015B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5C01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POC’s phone number</w:t>
            </w:r>
          </w:p>
        </w:tc>
        <w:tc>
          <w:tcPr>
            <w:tcW w:w="3430" w:type="dxa"/>
            <w:shd w:val="clear" w:color="auto" w:fill="FFFFFF" w:themeFill="background1"/>
            <w:vAlign w:val="center"/>
          </w:tcPr>
          <w:p w14:paraId="554E585E" w14:textId="1915780D" w:rsidR="005C015B" w:rsidRPr="005C015B" w:rsidRDefault="005C015B" w:rsidP="005C015B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5C01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POC’s e-mail address</w:t>
            </w:r>
          </w:p>
        </w:tc>
      </w:tr>
      <w:tr w:rsidR="005C015B" w14:paraId="462BAF89" w14:textId="77777777" w:rsidTr="00DC0DF5">
        <w:trPr>
          <w:trHeight w:val="343"/>
        </w:trPr>
        <w:tc>
          <w:tcPr>
            <w:tcW w:w="3080" w:type="dxa"/>
            <w:shd w:val="clear" w:color="auto" w:fill="FFFF99"/>
          </w:tcPr>
          <w:p w14:paraId="49492814" w14:textId="77777777" w:rsidR="005C015B" w:rsidRPr="00996139" w:rsidRDefault="005C015B" w:rsidP="005C015B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2988" w:type="dxa"/>
            <w:shd w:val="clear" w:color="auto" w:fill="FFFF99"/>
          </w:tcPr>
          <w:p w14:paraId="169374AA" w14:textId="77777777" w:rsidR="005C015B" w:rsidRDefault="005C015B" w:rsidP="005C015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430" w:type="dxa"/>
            <w:shd w:val="clear" w:color="auto" w:fill="FFFF99"/>
          </w:tcPr>
          <w:p w14:paraId="31EF58BA" w14:textId="77777777" w:rsidR="005C015B" w:rsidRDefault="005C015B" w:rsidP="005C015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024E1173" w14:textId="77777777" w:rsidR="00CD4385" w:rsidRDefault="00CD4385" w:rsidP="005C015B">
      <w:pPr>
        <w:tabs>
          <w:tab w:val="left" w:pos="5670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en-GB" w:eastAsia="sk-SK"/>
        </w:rPr>
      </w:pPr>
    </w:p>
    <w:tbl>
      <w:tblPr>
        <w:tblStyle w:val="Mriekatabuky"/>
        <w:tblW w:w="9498" w:type="dxa"/>
        <w:tblInd w:w="-147" w:type="dxa"/>
        <w:tblLook w:val="04A0" w:firstRow="1" w:lastRow="0" w:firstColumn="1" w:lastColumn="0" w:noHBand="0" w:noVBand="1"/>
      </w:tblPr>
      <w:tblGrid>
        <w:gridCol w:w="9498"/>
      </w:tblGrid>
      <w:tr w:rsidR="005C015B" w:rsidRPr="00635655" w14:paraId="438DBA9E" w14:textId="77777777" w:rsidTr="006F230D">
        <w:trPr>
          <w:trHeight w:val="469"/>
        </w:trPr>
        <w:tc>
          <w:tcPr>
            <w:tcW w:w="9498" w:type="dxa"/>
            <w:tcBorders>
              <w:top w:val="single" w:sz="4" w:space="0" w:color="auto"/>
            </w:tcBorders>
            <w:vAlign w:val="center"/>
          </w:tcPr>
          <w:p w14:paraId="3D34C705" w14:textId="77777777" w:rsidR="006F230D" w:rsidRDefault="005C015B" w:rsidP="005C01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b/>
                <w:sz w:val="18"/>
                <w:lang w:val="en-GB" w:eastAsia="ja-JP"/>
              </w:rPr>
              <w:t>Additional remarks</w:t>
            </w:r>
            <w:r w:rsidR="006F230D">
              <w:rPr>
                <w:rFonts w:ascii="Arial" w:hAnsi="Arial" w:cs="Arial"/>
                <w:b/>
                <w:sz w:val="18"/>
                <w:lang w:val="en-GB" w:eastAsia="ja-JP"/>
              </w:rPr>
              <w:t xml:space="preserve"> </w:t>
            </w:r>
          </w:p>
          <w:p w14:paraId="697834C8" w14:textId="1B51060F" w:rsidR="005C015B" w:rsidRPr="00635655" w:rsidRDefault="006F230D" w:rsidP="006F23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lang w:val="en-GB" w:eastAsia="ja-JP"/>
              </w:rPr>
              <w:t>(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Special dietary or food requirements due to medical or religious reasons, travel arrangements …)</w:t>
            </w:r>
          </w:p>
        </w:tc>
      </w:tr>
      <w:tr w:rsidR="005C015B" w14:paraId="50DD8C95" w14:textId="77777777" w:rsidTr="00177EF0">
        <w:trPr>
          <w:trHeight w:val="343"/>
        </w:trPr>
        <w:tc>
          <w:tcPr>
            <w:tcW w:w="9498" w:type="dxa"/>
            <w:shd w:val="clear" w:color="auto" w:fill="FFFF99"/>
          </w:tcPr>
          <w:p w14:paraId="2F61AAAD" w14:textId="77777777" w:rsidR="005C015B" w:rsidRDefault="005C015B" w:rsidP="0072318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618558FF" w14:textId="77777777" w:rsidR="006F230D" w:rsidRDefault="006F230D" w:rsidP="00C31856">
      <w:pPr>
        <w:tabs>
          <w:tab w:val="left" w:pos="5670"/>
          <w:tab w:val="left" w:pos="6379"/>
        </w:tabs>
        <w:jc w:val="center"/>
        <w:rPr>
          <w:rFonts w:ascii="Arial" w:hAnsi="Arial" w:cs="Arial"/>
          <w:b/>
          <w:color w:val="FF0000"/>
          <w:lang w:val="en-GB"/>
        </w:rPr>
      </w:pPr>
    </w:p>
    <w:p w14:paraId="1F796145" w14:textId="0EFB80B5" w:rsidR="0036167B" w:rsidRPr="0036167B" w:rsidRDefault="006F230D" w:rsidP="00C31856">
      <w:pPr>
        <w:tabs>
          <w:tab w:val="left" w:pos="5670"/>
          <w:tab w:val="left" w:pos="6379"/>
        </w:tabs>
        <w:jc w:val="center"/>
        <w:rPr>
          <w:rFonts w:ascii="Times New Roman" w:hAnsi="Times New Roman" w:cs="Times New Roman"/>
          <w:sz w:val="16"/>
          <w:szCs w:val="16"/>
          <w:lang w:val="en-GB" w:eastAsia="sk-SK"/>
        </w:rPr>
      </w:pPr>
      <w:r>
        <w:rPr>
          <w:rFonts w:ascii="Arial" w:hAnsi="Arial" w:cs="Arial"/>
          <w:b/>
          <w:color w:val="FF0000"/>
          <w:lang w:val="en-GB"/>
        </w:rPr>
        <w:t>* Deadline for submitting the Registration form:</w:t>
      </w:r>
      <w:r w:rsidR="005C015B" w:rsidRPr="001F4C9B">
        <w:rPr>
          <w:rFonts w:ascii="Arial" w:hAnsi="Arial" w:cs="Arial"/>
          <w:color w:val="FF0000"/>
          <w:sz w:val="18"/>
          <w:szCs w:val="18"/>
          <w:lang w:val="en-GB" w:eastAsia="sk-SK"/>
        </w:rPr>
        <w:t xml:space="preserve"> </w:t>
      </w:r>
      <w:r w:rsidR="005C015B" w:rsidRPr="006F230D">
        <w:rPr>
          <w:rFonts w:ascii="Arial" w:hAnsi="Arial" w:cs="Arial"/>
          <w:b/>
          <w:color w:val="FF0000"/>
          <w:sz w:val="28"/>
          <w:szCs w:val="28"/>
          <w:lang w:val="en-GB" w:eastAsia="sk-SK"/>
        </w:rPr>
        <w:t>November 30, 2026</w:t>
      </w:r>
    </w:p>
    <w:sectPr w:rsidR="0036167B" w:rsidRPr="0036167B" w:rsidSect="006F230D">
      <w:headerReference w:type="default" r:id="rId10"/>
      <w:pgSz w:w="12240" w:h="15840"/>
      <w:pgMar w:top="1440" w:right="1800" w:bottom="851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C38E2" w14:textId="77777777" w:rsidR="00BF035A" w:rsidRDefault="00BF035A" w:rsidP="009B6F4E">
      <w:pPr>
        <w:spacing w:after="0" w:line="240" w:lineRule="auto"/>
      </w:pPr>
      <w:r>
        <w:separator/>
      </w:r>
    </w:p>
  </w:endnote>
  <w:endnote w:type="continuationSeparator" w:id="0">
    <w:p w14:paraId="1FBA75FF" w14:textId="77777777" w:rsidR="00BF035A" w:rsidRDefault="00BF035A" w:rsidP="009B6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49C11" w14:textId="77777777" w:rsidR="00BF035A" w:rsidRDefault="00BF035A" w:rsidP="009B6F4E">
      <w:pPr>
        <w:spacing w:after="0" w:line="240" w:lineRule="auto"/>
      </w:pPr>
      <w:r>
        <w:separator/>
      </w:r>
    </w:p>
  </w:footnote>
  <w:footnote w:type="continuationSeparator" w:id="0">
    <w:p w14:paraId="1EFBC77E" w14:textId="77777777" w:rsidR="00BF035A" w:rsidRDefault="00BF035A" w:rsidP="009B6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63835" w14:textId="4D1B1F00" w:rsidR="009B6F4E" w:rsidRDefault="00922B47">
    <w:pPr>
      <w:pStyle w:val="Hlavika"/>
    </w:pPr>
    <w:r>
      <w:rPr>
        <w:noProof/>
      </w:rPr>
      <w:drawing>
        <wp:anchor distT="0" distB="0" distL="114300" distR="114300" simplePos="0" relativeHeight="251660800" behindDoc="1" locked="0" layoutInCell="1" allowOverlap="1" wp14:anchorId="0165E324" wp14:editId="2E68FB6F">
          <wp:simplePos x="0" y="0"/>
          <wp:positionH relativeFrom="column">
            <wp:posOffset>4953000</wp:posOffset>
          </wp:positionH>
          <wp:positionV relativeFrom="paragraph">
            <wp:posOffset>15240</wp:posOffset>
          </wp:positionV>
          <wp:extent cx="892175" cy="894080"/>
          <wp:effectExtent l="0" t="0" r="3175" b="1270"/>
          <wp:wrapNone/>
          <wp:docPr id="1841257042" name="Obrázok 1" descr="Obrázok, na ktorom je emblém, symbol, odznak, erb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1" descr="Obrázok, na ktorom je emblém, symbol, odznak, erb&#10;&#10;Obsah vygenerovaný umelou inteligenciou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2175" cy="894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56A5D">
      <w:rPr>
        <w:noProof/>
        <w:lang w:val="sk-SK" w:eastAsia="sk-SK"/>
      </w:rPr>
      <w:drawing>
        <wp:anchor distT="0" distB="0" distL="114300" distR="114300" simplePos="0" relativeHeight="251659776" behindDoc="1" locked="0" layoutInCell="1" allowOverlap="1" wp14:anchorId="70ECB7F3" wp14:editId="5D503249">
          <wp:simplePos x="0" y="0"/>
          <wp:positionH relativeFrom="margin">
            <wp:posOffset>-123825</wp:posOffset>
          </wp:positionH>
          <wp:positionV relativeFrom="paragraph">
            <wp:posOffset>-19050</wp:posOffset>
          </wp:positionV>
          <wp:extent cx="981075" cy="928370"/>
          <wp:effectExtent l="0" t="0" r="9525" b="5080"/>
          <wp:wrapNone/>
          <wp:docPr id="502683847" name="Obrázok 502683847" descr="Obrázok, na ktorom je text, emblém, symbol, logo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 descr="Obrázok, na ktorom je text, emblém, symbol, logo&#10;&#10;Automaticky generovaný popi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</w:t>
    </w:r>
    <w:r w:rsidR="00356A5D">
      <w:t xml:space="preserve">   </w:t>
    </w:r>
    <w:r>
      <w:rPr>
        <w:noProof/>
      </w:rPr>
      <w:drawing>
        <wp:anchor distT="0" distB="0" distL="114300" distR="114300" simplePos="0" relativeHeight="251661824" behindDoc="1" locked="0" layoutInCell="1" allowOverlap="1" wp14:anchorId="6DA5FDE8" wp14:editId="58778C58">
          <wp:simplePos x="0" y="0"/>
          <wp:positionH relativeFrom="column">
            <wp:posOffset>2438400</wp:posOffset>
          </wp:positionH>
          <wp:positionV relativeFrom="paragraph">
            <wp:posOffset>0</wp:posOffset>
          </wp:positionV>
          <wp:extent cx="912495" cy="912495"/>
          <wp:effectExtent l="0" t="0" r="1905" b="1905"/>
          <wp:wrapNone/>
          <wp:docPr id="207616034" name="Obrázok 2">
            <a:extLst xmlns:a="http://schemas.openxmlformats.org/drawingml/2006/main">
              <a:ext uri="{FF2B5EF4-FFF2-40B4-BE49-F238E27FC236}">
                <a16:creationId xmlns:a16="http://schemas.microsoft.com/office/drawing/2014/main" id="{7A77D03F-062A-2B93-17AB-2233B73E3F3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ok 2">
                    <a:extLst>
                      <a:ext uri="{FF2B5EF4-FFF2-40B4-BE49-F238E27FC236}">
                        <a16:creationId xmlns:a16="http://schemas.microsoft.com/office/drawing/2014/main" id="{7A77D03F-062A-2B93-17AB-2233B73E3F3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2495" cy="912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56A5D">
      <w:t xml:space="preserve">        </w:t>
    </w:r>
    <w:r>
      <w:t xml:space="preserve">                             </w:t>
    </w:r>
    <w:r w:rsidR="00C31856">
      <w:t xml:space="preserve">  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ázok 1416511042" o:spid="_x0000_i1025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C77BB3"/>
    <w:multiLevelType w:val="hybridMultilevel"/>
    <w:tmpl w:val="888E2DE8"/>
    <w:lvl w:ilvl="0" w:tplc="9A00954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4E2F10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4FA4B9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1503DB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722902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D20B2C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C7E585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96483D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98C414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 w15:restartNumberingAfterBreak="0">
    <w:nsid w:val="09D30C9F"/>
    <w:multiLevelType w:val="hybridMultilevel"/>
    <w:tmpl w:val="AD1C9AE6"/>
    <w:lvl w:ilvl="0" w:tplc="684237F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b/>
        <w:bCs/>
        <w:color w:val="984806" w:themeColor="accent6" w:themeShade="8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9203C1"/>
    <w:multiLevelType w:val="hybridMultilevel"/>
    <w:tmpl w:val="6D249E34"/>
    <w:lvl w:ilvl="0" w:tplc="D6EA773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064DA4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8A605E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614987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A7A061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AC6607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7825F3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C4C9BD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50AB48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 w15:restartNumberingAfterBreak="0">
    <w:nsid w:val="10FB1922"/>
    <w:multiLevelType w:val="hybridMultilevel"/>
    <w:tmpl w:val="BBA2CB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4E5B08"/>
    <w:multiLevelType w:val="hybridMultilevel"/>
    <w:tmpl w:val="458C6B76"/>
    <w:lvl w:ilvl="0" w:tplc="3586DF54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F61C70"/>
    <w:multiLevelType w:val="hybridMultilevel"/>
    <w:tmpl w:val="6EE4841C"/>
    <w:lvl w:ilvl="0" w:tplc="684237F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b/>
        <w:bCs/>
        <w:color w:val="984806" w:themeColor="accent6" w:themeShade="8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221617"/>
    <w:multiLevelType w:val="hybridMultilevel"/>
    <w:tmpl w:val="269C97C2"/>
    <w:lvl w:ilvl="0" w:tplc="E9CE3E0C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E837DD"/>
    <w:multiLevelType w:val="hybridMultilevel"/>
    <w:tmpl w:val="B4EAF990"/>
    <w:lvl w:ilvl="0" w:tplc="3F34025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411FC"/>
    <w:multiLevelType w:val="hybridMultilevel"/>
    <w:tmpl w:val="C91EFD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AD242E"/>
    <w:multiLevelType w:val="hybridMultilevel"/>
    <w:tmpl w:val="8694702A"/>
    <w:lvl w:ilvl="0" w:tplc="684237F6">
      <w:start w:val="1"/>
      <w:numFmt w:val="bullet"/>
      <w:lvlText w:val=""/>
      <w:lvlJc w:val="left"/>
      <w:pPr>
        <w:ind w:left="643" w:hanging="360"/>
      </w:pPr>
      <w:rPr>
        <w:rFonts w:ascii="Symbol" w:hAnsi="Symbol" w:hint="default"/>
        <w:b/>
        <w:bCs/>
        <w:color w:val="984806" w:themeColor="accent6" w:themeShade="80"/>
      </w:rPr>
    </w:lvl>
    <w:lvl w:ilvl="1" w:tplc="041B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9" w15:restartNumberingAfterBreak="0">
    <w:nsid w:val="55F71D8F"/>
    <w:multiLevelType w:val="hybridMultilevel"/>
    <w:tmpl w:val="7876A91E"/>
    <w:lvl w:ilvl="0" w:tplc="684237F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b/>
        <w:bCs/>
        <w:color w:val="984806" w:themeColor="accent6" w:themeShade="8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D44E40"/>
    <w:multiLevelType w:val="hybridMultilevel"/>
    <w:tmpl w:val="734224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3F399B"/>
    <w:multiLevelType w:val="hybridMultilevel"/>
    <w:tmpl w:val="4AF27574"/>
    <w:lvl w:ilvl="0" w:tplc="684237F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b/>
        <w:bCs/>
        <w:color w:val="984806" w:themeColor="accent6" w:themeShade="8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9E3457"/>
    <w:multiLevelType w:val="hybridMultilevel"/>
    <w:tmpl w:val="60D64CDC"/>
    <w:lvl w:ilvl="0" w:tplc="0D3C368C">
      <w:start w:val="1"/>
      <w:numFmt w:val="decimal"/>
      <w:lvlText w:val="%1."/>
      <w:lvlJc w:val="left"/>
      <w:pPr>
        <w:ind w:left="467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187" w:hanging="360"/>
      </w:pPr>
    </w:lvl>
    <w:lvl w:ilvl="2" w:tplc="041B001B" w:tentative="1">
      <w:start w:val="1"/>
      <w:numFmt w:val="lowerRoman"/>
      <w:lvlText w:val="%3."/>
      <w:lvlJc w:val="right"/>
      <w:pPr>
        <w:ind w:left="1907" w:hanging="180"/>
      </w:pPr>
    </w:lvl>
    <w:lvl w:ilvl="3" w:tplc="041B000F" w:tentative="1">
      <w:start w:val="1"/>
      <w:numFmt w:val="decimal"/>
      <w:lvlText w:val="%4."/>
      <w:lvlJc w:val="left"/>
      <w:pPr>
        <w:ind w:left="2627" w:hanging="360"/>
      </w:pPr>
    </w:lvl>
    <w:lvl w:ilvl="4" w:tplc="041B0019" w:tentative="1">
      <w:start w:val="1"/>
      <w:numFmt w:val="lowerLetter"/>
      <w:lvlText w:val="%5."/>
      <w:lvlJc w:val="left"/>
      <w:pPr>
        <w:ind w:left="3347" w:hanging="360"/>
      </w:pPr>
    </w:lvl>
    <w:lvl w:ilvl="5" w:tplc="041B001B" w:tentative="1">
      <w:start w:val="1"/>
      <w:numFmt w:val="lowerRoman"/>
      <w:lvlText w:val="%6."/>
      <w:lvlJc w:val="right"/>
      <w:pPr>
        <w:ind w:left="4067" w:hanging="180"/>
      </w:pPr>
    </w:lvl>
    <w:lvl w:ilvl="6" w:tplc="041B000F" w:tentative="1">
      <w:start w:val="1"/>
      <w:numFmt w:val="decimal"/>
      <w:lvlText w:val="%7."/>
      <w:lvlJc w:val="left"/>
      <w:pPr>
        <w:ind w:left="4787" w:hanging="360"/>
      </w:pPr>
    </w:lvl>
    <w:lvl w:ilvl="7" w:tplc="041B0019" w:tentative="1">
      <w:start w:val="1"/>
      <w:numFmt w:val="lowerLetter"/>
      <w:lvlText w:val="%8."/>
      <w:lvlJc w:val="left"/>
      <w:pPr>
        <w:ind w:left="5507" w:hanging="360"/>
      </w:pPr>
    </w:lvl>
    <w:lvl w:ilvl="8" w:tplc="041B001B" w:tentative="1">
      <w:start w:val="1"/>
      <w:numFmt w:val="lowerRoman"/>
      <w:lvlText w:val="%9."/>
      <w:lvlJc w:val="right"/>
      <w:pPr>
        <w:ind w:left="6227" w:hanging="180"/>
      </w:pPr>
    </w:lvl>
  </w:abstractNum>
  <w:num w:numId="1" w16cid:durableId="1226834432">
    <w:abstractNumId w:val="8"/>
  </w:num>
  <w:num w:numId="2" w16cid:durableId="2136825337">
    <w:abstractNumId w:val="6"/>
  </w:num>
  <w:num w:numId="3" w16cid:durableId="491062724">
    <w:abstractNumId w:val="5"/>
  </w:num>
  <w:num w:numId="4" w16cid:durableId="664935938">
    <w:abstractNumId w:val="4"/>
  </w:num>
  <w:num w:numId="5" w16cid:durableId="974485085">
    <w:abstractNumId w:val="7"/>
  </w:num>
  <w:num w:numId="6" w16cid:durableId="1493327664">
    <w:abstractNumId w:val="3"/>
  </w:num>
  <w:num w:numId="7" w16cid:durableId="1270508571">
    <w:abstractNumId w:val="2"/>
  </w:num>
  <w:num w:numId="8" w16cid:durableId="1389957646">
    <w:abstractNumId w:val="1"/>
  </w:num>
  <w:num w:numId="9" w16cid:durableId="1196582625">
    <w:abstractNumId w:val="0"/>
  </w:num>
  <w:num w:numId="10" w16cid:durableId="1450390815">
    <w:abstractNumId w:val="20"/>
  </w:num>
  <w:num w:numId="11" w16cid:durableId="743994076">
    <w:abstractNumId w:val="12"/>
  </w:num>
  <w:num w:numId="12" w16cid:durableId="1601643258">
    <w:abstractNumId w:val="17"/>
  </w:num>
  <w:num w:numId="13" w16cid:durableId="1827041315">
    <w:abstractNumId w:val="21"/>
  </w:num>
  <w:num w:numId="14" w16cid:durableId="1378822747">
    <w:abstractNumId w:val="18"/>
  </w:num>
  <w:num w:numId="15" w16cid:durableId="1784182433">
    <w:abstractNumId w:val="19"/>
  </w:num>
  <w:num w:numId="16" w16cid:durableId="1908681104">
    <w:abstractNumId w:val="14"/>
  </w:num>
  <w:num w:numId="17" w16cid:durableId="557935665">
    <w:abstractNumId w:val="10"/>
  </w:num>
  <w:num w:numId="18" w16cid:durableId="1919636961">
    <w:abstractNumId w:val="11"/>
  </w:num>
  <w:num w:numId="19" w16cid:durableId="926378719">
    <w:abstractNumId w:val="9"/>
  </w:num>
  <w:num w:numId="20" w16cid:durableId="1525946868">
    <w:abstractNumId w:val="15"/>
  </w:num>
  <w:num w:numId="21" w16cid:durableId="955600376">
    <w:abstractNumId w:val="22"/>
  </w:num>
  <w:num w:numId="22" w16cid:durableId="1096244507">
    <w:abstractNumId w:val="16"/>
  </w:num>
  <w:num w:numId="23" w16cid:durableId="10456415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157D"/>
    <w:rsid w:val="00034616"/>
    <w:rsid w:val="0006063C"/>
    <w:rsid w:val="000A1ADA"/>
    <w:rsid w:val="000D38BE"/>
    <w:rsid w:val="000E0007"/>
    <w:rsid w:val="00106CCE"/>
    <w:rsid w:val="00116339"/>
    <w:rsid w:val="0015074B"/>
    <w:rsid w:val="00193A87"/>
    <w:rsid w:val="001A30D5"/>
    <w:rsid w:val="00205A59"/>
    <w:rsid w:val="00240C52"/>
    <w:rsid w:val="00280791"/>
    <w:rsid w:val="0028362A"/>
    <w:rsid w:val="0029639D"/>
    <w:rsid w:val="002A64F5"/>
    <w:rsid w:val="002A6D9F"/>
    <w:rsid w:val="002D2D8F"/>
    <w:rsid w:val="002D322B"/>
    <w:rsid w:val="00313770"/>
    <w:rsid w:val="00326F90"/>
    <w:rsid w:val="00356A5D"/>
    <w:rsid w:val="0036167B"/>
    <w:rsid w:val="00365EBB"/>
    <w:rsid w:val="00395A8F"/>
    <w:rsid w:val="003C5831"/>
    <w:rsid w:val="003F18DD"/>
    <w:rsid w:val="00427318"/>
    <w:rsid w:val="00456341"/>
    <w:rsid w:val="004A39F4"/>
    <w:rsid w:val="004F7412"/>
    <w:rsid w:val="00530B29"/>
    <w:rsid w:val="00576AA7"/>
    <w:rsid w:val="005A60A8"/>
    <w:rsid w:val="005C015B"/>
    <w:rsid w:val="00602080"/>
    <w:rsid w:val="00635655"/>
    <w:rsid w:val="006700E9"/>
    <w:rsid w:val="0068459B"/>
    <w:rsid w:val="006D7924"/>
    <w:rsid w:val="006E6830"/>
    <w:rsid w:val="006F230D"/>
    <w:rsid w:val="007373BE"/>
    <w:rsid w:val="00743A37"/>
    <w:rsid w:val="00752600"/>
    <w:rsid w:val="00781F38"/>
    <w:rsid w:val="007A7B87"/>
    <w:rsid w:val="007D2B0D"/>
    <w:rsid w:val="007E6710"/>
    <w:rsid w:val="007F57F3"/>
    <w:rsid w:val="00841D2E"/>
    <w:rsid w:val="008968DB"/>
    <w:rsid w:val="008B245C"/>
    <w:rsid w:val="008E1536"/>
    <w:rsid w:val="00922B47"/>
    <w:rsid w:val="009566BB"/>
    <w:rsid w:val="009B6F4E"/>
    <w:rsid w:val="009C3F37"/>
    <w:rsid w:val="009E2EF1"/>
    <w:rsid w:val="00A36D9C"/>
    <w:rsid w:val="00A668C6"/>
    <w:rsid w:val="00AA1D8D"/>
    <w:rsid w:val="00AB7407"/>
    <w:rsid w:val="00AE3862"/>
    <w:rsid w:val="00B04D0A"/>
    <w:rsid w:val="00B06262"/>
    <w:rsid w:val="00B170D3"/>
    <w:rsid w:val="00B20130"/>
    <w:rsid w:val="00B27E46"/>
    <w:rsid w:val="00B4216C"/>
    <w:rsid w:val="00B47730"/>
    <w:rsid w:val="00B75FAD"/>
    <w:rsid w:val="00B96EDA"/>
    <w:rsid w:val="00BA39F6"/>
    <w:rsid w:val="00BE2516"/>
    <w:rsid w:val="00BF035A"/>
    <w:rsid w:val="00BF187A"/>
    <w:rsid w:val="00C0310A"/>
    <w:rsid w:val="00C31856"/>
    <w:rsid w:val="00C4710E"/>
    <w:rsid w:val="00C61C8B"/>
    <w:rsid w:val="00CB0664"/>
    <w:rsid w:val="00CD4385"/>
    <w:rsid w:val="00CE5EBC"/>
    <w:rsid w:val="00CF730A"/>
    <w:rsid w:val="00D146E6"/>
    <w:rsid w:val="00D91018"/>
    <w:rsid w:val="00DD097C"/>
    <w:rsid w:val="00DD4583"/>
    <w:rsid w:val="00E12A05"/>
    <w:rsid w:val="00E215E1"/>
    <w:rsid w:val="00E30B1F"/>
    <w:rsid w:val="00E5456F"/>
    <w:rsid w:val="00E977B1"/>
    <w:rsid w:val="00EA7E28"/>
    <w:rsid w:val="00EB0485"/>
    <w:rsid w:val="00EB36AE"/>
    <w:rsid w:val="00ED2D4F"/>
    <w:rsid w:val="00EE5D8A"/>
    <w:rsid w:val="00EF1750"/>
    <w:rsid w:val="00F44CCE"/>
    <w:rsid w:val="00F954C4"/>
    <w:rsid w:val="00FB2A57"/>
    <w:rsid w:val="00FC693F"/>
    <w:rsid w:val="00FD3471"/>
    <w:rsid w:val="00FE3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D48109"/>
  <w15:docId w15:val="{0B15FCEA-0B4E-459D-87E0-ECA70BD7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E618BF"/>
  </w:style>
  <w:style w:type="paragraph" w:styleId="Pta">
    <w:name w:val="footer"/>
    <w:basedOn w:val="Normlny"/>
    <w:link w:val="Pta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lny"/>
    <w:uiPriority w:val="1"/>
    <w:qFormat/>
    <w:rsid w:val="004F7412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lang w:val="sk-SK"/>
    </w:rPr>
  </w:style>
  <w:style w:type="table" w:customStyle="1" w:styleId="TableNormal">
    <w:name w:val="Table Normal"/>
    <w:uiPriority w:val="2"/>
    <w:semiHidden/>
    <w:unhideWhenUsed/>
    <w:qFormat/>
    <w:rsid w:val="00602080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7373BE"/>
    <w:rPr>
      <w:color w:val="0000FF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7373BE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unhideWhenUsed/>
    <w:rsid w:val="00B17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k-SK"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27E4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27E4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27E4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27E4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27E46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27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27E46"/>
    <w:rPr>
      <w:rFonts w:ascii="Tahoma" w:hAnsi="Tahoma" w:cs="Tahoma"/>
      <w:sz w:val="16"/>
      <w:szCs w:val="16"/>
    </w:rPr>
  </w:style>
  <w:style w:type="character" w:styleId="Nevyrieenzmienka">
    <w:name w:val="Unresolved Mention"/>
    <w:basedOn w:val="Predvolenpsmoodseku"/>
    <w:uiPriority w:val="99"/>
    <w:semiHidden/>
    <w:unhideWhenUsed/>
    <w:rsid w:val="00922B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national@aos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eblm.aos.sk/en/article/erasmus-bip-military-close-combat-cours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E96F80-4B27-44A0-8729-A62351D8B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Hyklová, Martina</cp:lastModifiedBy>
  <cp:revision>3</cp:revision>
  <dcterms:created xsi:type="dcterms:W3CDTF">2026-10-15T07:38:00Z</dcterms:created>
  <dcterms:modified xsi:type="dcterms:W3CDTF">2026-10-20T08:29:00Z</dcterms:modified>
</cp:coreProperties>
</file>